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0" w:type="dxa"/>
        <w:jc w:val="center"/>
        <w:tblLayout w:type="fixed"/>
        <w:tblLook w:val="04A0" w:firstRow="1" w:lastRow="0" w:firstColumn="1" w:lastColumn="0" w:noHBand="0" w:noVBand="1"/>
      </w:tblPr>
      <w:tblGrid>
        <w:gridCol w:w="2096"/>
        <w:gridCol w:w="8104"/>
      </w:tblGrid>
      <w:tr w:rsidR="00957120" w14:paraId="26C4A1A3" w14:textId="77777777" w:rsidTr="00642757">
        <w:trPr>
          <w:jc w:val="center"/>
        </w:trPr>
        <w:tc>
          <w:tcPr>
            <w:tcW w:w="2096" w:type="dxa"/>
            <w:tcBorders>
              <w:bottom w:val="single" w:sz="8" w:space="0" w:color="C7C7C7"/>
            </w:tcBorders>
            <w:vAlign w:val="center"/>
          </w:tcPr>
          <w:p w14:paraId="446B695A" w14:textId="77777777" w:rsidR="00957120" w:rsidRDefault="00235E4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C083C4B" wp14:editId="12FE009C">
                  <wp:extent cx="972000" cy="923802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_white_test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00" cy="9238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04" w:type="dxa"/>
            <w:tcBorders>
              <w:bottom w:val="single" w:sz="8" w:space="0" w:color="C7C7C7"/>
            </w:tcBorders>
            <w:vAlign w:val="center"/>
          </w:tcPr>
          <w:p w14:paraId="67B58460" w14:textId="77777777" w:rsidR="00957120" w:rsidRDefault="00235E4C">
            <w:r>
              <w:rPr>
                <w:b/>
                <w:color w:val="4D4D4D"/>
                <w:sz w:val="26"/>
              </w:rPr>
              <w:t>Základní škola a Mateřská škola Halže, příspěvková organizace</w:t>
            </w:r>
          </w:p>
          <w:p w14:paraId="39A4502F" w14:textId="77777777" w:rsidR="00957120" w:rsidRDefault="00235E4C">
            <w:pPr>
              <w:spacing w:after="0"/>
            </w:pPr>
            <w:r>
              <w:rPr>
                <w:sz w:val="21"/>
              </w:rPr>
              <w:t>Lipová 220, 347 01 Halže</w:t>
            </w:r>
          </w:p>
          <w:p w14:paraId="6FA4F7D5" w14:textId="77777777" w:rsidR="00957120" w:rsidRDefault="00235E4C">
            <w:pPr>
              <w:spacing w:after="0"/>
            </w:pPr>
            <w:r>
              <w:rPr>
                <w:color w:val="5A5A5A"/>
                <w:sz w:val="19"/>
              </w:rPr>
              <w:t>tel.: 727 889 707  •  e-mail: reditel@zsmshalze.cz  •  www.zsmshalze.cz</w:t>
            </w:r>
          </w:p>
        </w:tc>
      </w:tr>
    </w:tbl>
    <w:p w14:paraId="2DB25D78" w14:textId="77777777" w:rsidR="00642757" w:rsidRDefault="00642757">
      <w:pPr>
        <w:spacing w:before="240"/>
        <w:jc w:val="center"/>
        <w:rPr>
          <w:b/>
          <w:sz w:val="30"/>
        </w:rPr>
      </w:pPr>
    </w:p>
    <w:p w14:paraId="6079BC69" w14:textId="2EB89F55" w:rsidR="00957120" w:rsidRDefault="00235E4C">
      <w:pPr>
        <w:spacing w:before="240"/>
        <w:jc w:val="center"/>
        <w:rPr>
          <w:b/>
          <w:sz w:val="30"/>
        </w:rPr>
      </w:pPr>
      <w:r>
        <w:rPr>
          <w:b/>
          <w:sz w:val="30"/>
        </w:rPr>
        <w:t>ŽÁDOST O UVOLNĚNÍ Z TĚLESNÉ VÝCHOVY</w:t>
      </w:r>
    </w:p>
    <w:p w14:paraId="6C9FCE46" w14:textId="77777777" w:rsidR="00642757" w:rsidRDefault="00642757">
      <w:pPr>
        <w:spacing w:before="240"/>
        <w:jc w:val="center"/>
      </w:pPr>
    </w:p>
    <w:p w14:paraId="393DEBF3" w14:textId="77777777" w:rsidR="00957120" w:rsidRDefault="00235E4C">
      <w:r>
        <w:t>Žádám o uvolnění žáka/žákyně z vyučování tělesné výchovy.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0"/>
        <w:gridCol w:w="5100"/>
      </w:tblGrid>
      <w:tr w:rsidR="00957120" w14:paraId="1649307E" w14:textId="77777777">
        <w:trPr>
          <w:jc w:val="center"/>
        </w:trPr>
        <w:tc>
          <w:tcPr>
            <w:tcW w:w="5100" w:type="dxa"/>
            <w:tcBorders>
              <w:bottom w:val="single" w:sz="4" w:space="0" w:color="D9D9D9"/>
            </w:tcBorders>
            <w:vAlign w:val="center"/>
          </w:tcPr>
          <w:p w14:paraId="1791A105" w14:textId="77777777" w:rsidR="00957120" w:rsidRDefault="00235E4C">
            <w:pPr>
              <w:spacing w:after="0"/>
            </w:pPr>
            <w:proofErr w:type="spellStart"/>
            <w:r>
              <w:rPr>
                <w:b/>
              </w:rPr>
              <w:t>Jméno</w:t>
            </w:r>
            <w:proofErr w:type="spellEnd"/>
            <w:r>
              <w:rPr>
                <w:b/>
              </w:rPr>
              <w:t xml:space="preserve"> a </w:t>
            </w:r>
            <w:proofErr w:type="spellStart"/>
            <w:r>
              <w:rPr>
                <w:b/>
              </w:rPr>
              <w:t>příjmení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žáka</w:t>
            </w:r>
            <w:proofErr w:type="spell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žákyně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5100" w:type="dxa"/>
            <w:tcBorders>
              <w:bottom w:val="single" w:sz="4" w:space="0" w:color="D9D9D9"/>
            </w:tcBorders>
            <w:vAlign w:val="center"/>
          </w:tcPr>
          <w:p w14:paraId="48DB0B31" w14:textId="4D6C43BA" w:rsidR="00957120" w:rsidRDefault="00957120">
            <w:pPr>
              <w:spacing w:after="0"/>
            </w:pPr>
          </w:p>
        </w:tc>
      </w:tr>
      <w:tr w:rsidR="00957120" w14:paraId="342EAE66" w14:textId="77777777">
        <w:trPr>
          <w:jc w:val="center"/>
        </w:trPr>
        <w:tc>
          <w:tcPr>
            <w:tcW w:w="5100" w:type="dxa"/>
            <w:tcBorders>
              <w:bottom w:val="single" w:sz="4" w:space="0" w:color="D9D9D9"/>
            </w:tcBorders>
            <w:vAlign w:val="center"/>
          </w:tcPr>
          <w:p w14:paraId="10D61583" w14:textId="77777777" w:rsidR="00957120" w:rsidRDefault="00235E4C">
            <w:pPr>
              <w:spacing w:after="0"/>
            </w:pPr>
            <w:r>
              <w:rPr>
                <w:b/>
              </w:rPr>
              <w:t>Datum narození:</w:t>
            </w:r>
          </w:p>
        </w:tc>
        <w:tc>
          <w:tcPr>
            <w:tcW w:w="5100" w:type="dxa"/>
            <w:tcBorders>
              <w:bottom w:val="single" w:sz="4" w:space="0" w:color="D9D9D9"/>
            </w:tcBorders>
            <w:vAlign w:val="center"/>
          </w:tcPr>
          <w:p w14:paraId="0003FDDD" w14:textId="1B274AC6" w:rsidR="00957120" w:rsidRDefault="00957120">
            <w:pPr>
              <w:spacing w:after="0"/>
            </w:pPr>
          </w:p>
        </w:tc>
      </w:tr>
      <w:tr w:rsidR="00957120" w14:paraId="519AE034" w14:textId="77777777">
        <w:trPr>
          <w:jc w:val="center"/>
        </w:trPr>
        <w:tc>
          <w:tcPr>
            <w:tcW w:w="5100" w:type="dxa"/>
            <w:tcBorders>
              <w:bottom w:val="single" w:sz="4" w:space="0" w:color="D9D9D9"/>
            </w:tcBorders>
            <w:vAlign w:val="center"/>
          </w:tcPr>
          <w:p w14:paraId="7DE551D9" w14:textId="77777777" w:rsidR="00957120" w:rsidRDefault="00235E4C">
            <w:pPr>
              <w:spacing w:after="0"/>
            </w:pPr>
            <w:r>
              <w:rPr>
                <w:b/>
              </w:rPr>
              <w:t>Třída:</w:t>
            </w:r>
          </w:p>
        </w:tc>
        <w:tc>
          <w:tcPr>
            <w:tcW w:w="5100" w:type="dxa"/>
            <w:tcBorders>
              <w:bottom w:val="single" w:sz="4" w:space="0" w:color="D9D9D9"/>
            </w:tcBorders>
            <w:vAlign w:val="center"/>
          </w:tcPr>
          <w:p w14:paraId="6181F4D8" w14:textId="12E94C78" w:rsidR="00957120" w:rsidRDefault="00957120">
            <w:pPr>
              <w:spacing w:after="0"/>
            </w:pPr>
          </w:p>
        </w:tc>
      </w:tr>
      <w:tr w:rsidR="00957120" w14:paraId="5EEE8BAF" w14:textId="77777777">
        <w:trPr>
          <w:jc w:val="center"/>
        </w:trPr>
        <w:tc>
          <w:tcPr>
            <w:tcW w:w="5100" w:type="dxa"/>
            <w:tcBorders>
              <w:bottom w:val="single" w:sz="4" w:space="0" w:color="D9D9D9"/>
            </w:tcBorders>
            <w:vAlign w:val="center"/>
          </w:tcPr>
          <w:p w14:paraId="3D980DA6" w14:textId="77777777" w:rsidR="00957120" w:rsidRPr="00B05730" w:rsidRDefault="00235E4C">
            <w:pPr>
              <w:spacing w:after="0"/>
              <w:rPr>
                <w:lang w:val="pl-PL"/>
              </w:rPr>
            </w:pPr>
            <w:proofErr w:type="spellStart"/>
            <w:r w:rsidRPr="00B05730">
              <w:rPr>
                <w:b/>
                <w:lang w:val="pl-PL"/>
              </w:rPr>
              <w:t>Období</w:t>
            </w:r>
            <w:proofErr w:type="spellEnd"/>
            <w:r w:rsidRPr="00B05730">
              <w:rPr>
                <w:b/>
                <w:lang w:val="pl-PL"/>
              </w:rPr>
              <w:t xml:space="preserve">, na </w:t>
            </w:r>
            <w:proofErr w:type="spellStart"/>
            <w:r w:rsidRPr="00B05730">
              <w:rPr>
                <w:b/>
                <w:lang w:val="pl-PL"/>
              </w:rPr>
              <w:t>které</w:t>
            </w:r>
            <w:proofErr w:type="spellEnd"/>
            <w:r w:rsidRPr="00B05730">
              <w:rPr>
                <w:b/>
                <w:lang w:val="pl-PL"/>
              </w:rPr>
              <w:t xml:space="preserve"> je </w:t>
            </w:r>
            <w:proofErr w:type="spellStart"/>
            <w:r w:rsidRPr="00B05730">
              <w:rPr>
                <w:b/>
                <w:lang w:val="pl-PL"/>
              </w:rPr>
              <w:t>uvolnění</w:t>
            </w:r>
            <w:proofErr w:type="spellEnd"/>
            <w:r w:rsidRPr="00B05730">
              <w:rPr>
                <w:b/>
                <w:lang w:val="pl-PL"/>
              </w:rPr>
              <w:t xml:space="preserve"> </w:t>
            </w:r>
            <w:proofErr w:type="spellStart"/>
            <w:r w:rsidRPr="00B05730">
              <w:rPr>
                <w:b/>
                <w:lang w:val="pl-PL"/>
              </w:rPr>
              <w:t>žádáno</w:t>
            </w:r>
            <w:proofErr w:type="spellEnd"/>
            <w:r w:rsidRPr="00B05730">
              <w:rPr>
                <w:b/>
                <w:lang w:val="pl-PL"/>
              </w:rPr>
              <w:t>:</w:t>
            </w:r>
          </w:p>
        </w:tc>
        <w:tc>
          <w:tcPr>
            <w:tcW w:w="5100" w:type="dxa"/>
            <w:tcBorders>
              <w:bottom w:val="single" w:sz="4" w:space="0" w:color="D9D9D9"/>
            </w:tcBorders>
            <w:vAlign w:val="center"/>
          </w:tcPr>
          <w:p w14:paraId="0D505C38" w14:textId="6C97B435" w:rsidR="00957120" w:rsidRDefault="00235E4C">
            <w:pPr>
              <w:spacing w:after="0"/>
            </w:pPr>
            <w:r>
              <w:t xml:space="preserve">od </w:t>
            </w:r>
            <w:r w:rsidR="00642757">
              <w:t xml:space="preserve">                                                  </w:t>
            </w:r>
            <w:r>
              <w:t>do</w:t>
            </w:r>
          </w:p>
        </w:tc>
      </w:tr>
    </w:tbl>
    <w:p w14:paraId="0071B363" w14:textId="77777777" w:rsidR="00957120" w:rsidRDefault="00235E4C">
      <w:pPr>
        <w:spacing w:before="240" w:after="80"/>
      </w:pPr>
      <w:proofErr w:type="spellStart"/>
      <w:r>
        <w:rPr>
          <w:b/>
        </w:rPr>
        <w:t>Rozsah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uvolnění</w:t>
      </w:r>
      <w:proofErr w:type="spellEnd"/>
      <w:r>
        <w:rPr>
          <w:b/>
        </w:rPr>
        <w:t>:</w:t>
      </w:r>
    </w:p>
    <w:p w14:paraId="24FB8547" w14:textId="77777777" w:rsidR="00957120" w:rsidRDefault="00235E4C">
      <w:pPr>
        <w:spacing w:after="160"/>
      </w:pPr>
      <w:r>
        <w:t>☐</w:t>
      </w:r>
      <w:r>
        <w:t xml:space="preserve"> úplné uvolnění z tělesné výchovy     ☐ částečné uvolnění / omezení některých činností</w:t>
      </w:r>
    </w:p>
    <w:p w14:paraId="6423B288" w14:textId="77777777" w:rsidR="00642757" w:rsidRDefault="00642757">
      <w:pPr>
        <w:spacing w:after="80"/>
        <w:rPr>
          <w:b/>
        </w:rPr>
      </w:pPr>
    </w:p>
    <w:p w14:paraId="6034C3FE" w14:textId="49B9489E" w:rsidR="00957120" w:rsidRDefault="00235E4C">
      <w:pPr>
        <w:spacing w:after="80"/>
      </w:pPr>
      <w:proofErr w:type="spellStart"/>
      <w:r>
        <w:rPr>
          <w:b/>
        </w:rPr>
        <w:t>Důvod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žádosti</w:t>
      </w:r>
      <w:proofErr w:type="spellEnd"/>
      <w:r>
        <w:rPr>
          <w:b/>
        </w:rPr>
        <w:t xml:space="preserve"> / </w:t>
      </w:r>
      <w:proofErr w:type="spellStart"/>
      <w:r>
        <w:rPr>
          <w:b/>
        </w:rPr>
        <w:t>doporučená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omezení</w:t>
      </w:r>
      <w:proofErr w:type="spellEnd"/>
      <w:r>
        <w:rPr>
          <w:b/>
        </w:rPr>
        <w:t>:</w:t>
      </w:r>
    </w:p>
    <w:p w14:paraId="634FCC63" w14:textId="2B7C2293" w:rsidR="00957120" w:rsidRDefault="00235E4C">
      <w:pPr>
        <w:spacing w:after="40"/>
      </w:pPr>
      <w:r>
        <w:t>_________________________________________________________________________</w:t>
      </w:r>
      <w:r w:rsidR="00642757">
        <w:t>__________________</w:t>
      </w:r>
      <w:r>
        <w:t>_______</w:t>
      </w:r>
    </w:p>
    <w:p w14:paraId="0760E3B6" w14:textId="1ACD8202" w:rsidR="00957120" w:rsidRDefault="00235E4C">
      <w:pPr>
        <w:spacing w:after="40"/>
      </w:pPr>
      <w:r>
        <w:t>________________________________________________________________________________</w:t>
      </w:r>
      <w:r w:rsidR="00642757">
        <w:t>__________________</w:t>
      </w:r>
    </w:p>
    <w:p w14:paraId="2B0C6641" w14:textId="12416277" w:rsidR="00957120" w:rsidRDefault="00235E4C">
      <w:pPr>
        <w:spacing w:after="40"/>
      </w:pPr>
      <w:r>
        <w:t>________________________________________________________________________________</w:t>
      </w:r>
      <w:r w:rsidR="00642757">
        <w:t>__________________</w:t>
      </w:r>
    </w:p>
    <w:p w14:paraId="17F7B660" w14:textId="77777777" w:rsidR="00642757" w:rsidRDefault="00642757">
      <w:pPr>
        <w:spacing w:before="160" w:after="120"/>
        <w:rPr>
          <w:b/>
        </w:rPr>
      </w:pPr>
    </w:p>
    <w:p w14:paraId="15BB9ABE" w14:textId="451028BD" w:rsidR="00957120" w:rsidRDefault="00235E4C">
      <w:pPr>
        <w:spacing w:before="160" w:after="120"/>
      </w:pPr>
      <w:proofErr w:type="spellStart"/>
      <w:r>
        <w:rPr>
          <w:b/>
        </w:rPr>
        <w:t>Příloha</w:t>
      </w:r>
      <w:proofErr w:type="spellEnd"/>
      <w:r>
        <w:rPr>
          <w:b/>
        </w:rPr>
        <w:t>:</w:t>
      </w:r>
      <w:r>
        <w:t xml:space="preserve">  ☐ </w:t>
      </w:r>
      <w:proofErr w:type="spellStart"/>
      <w:r>
        <w:t>lékařský</w:t>
      </w:r>
      <w:proofErr w:type="spellEnd"/>
      <w:r>
        <w:t xml:space="preserve"> </w:t>
      </w:r>
      <w:proofErr w:type="spellStart"/>
      <w:r>
        <w:t>posudek</w:t>
      </w:r>
      <w:proofErr w:type="spellEnd"/>
      <w:r>
        <w:t xml:space="preserve"> / doporučení registrujícího lékaře nebo odborného lékaře</w:t>
      </w:r>
    </w:p>
    <w:p w14:paraId="62612D35" w14:textId="77777777" w:rsidR="00642757" w:rsidRDefault="00642757">
      <w:pPr>
        <w:spacing w:before="120"/>
        <w:rPr>
          <w:b/>
        </w:rPr>
      </w:pPr>
    </w:p>
    <w:p w14:paraId="592C174E" w14:textId="4C4DDE97" w:rsidR="00957120" w:rsidRDefault="00235E4C">
      <w:pPr>
        <w:spacing w:before="120"/>
      </w:pPr>
      <w:proofErr w:type="spellStart"/>
      <w:r>
        <w:rPr>
          <w:b/>
        </w:rPr>
        <w:t>Poznámka</w:t>
      </w:r>
      <w:proofErr w:type="spellEnd"/>
      <w:r>
        <w:rPr>
          <w:b/>
        </w:rPr>
        <w:t xml:space="preserve">: </w:t>
      </w:r>
      <w:proofErr w:type="spellStart"/>
      <w:r>
        <w:t>Žádost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posouzena</w:t>
      </w:r>
      <w:proofErr w:type="spellEnd"/>
      <w:r>
        <w:t xml:space="preserve"> </w:t>
      </w:r>
      <w:proofErr w:type="spellStart"/>
      <w:r>
        <w:t>ředitelkou</w:t>
      </w:r>
      <w:proofErr w:type="spellEnd"/>
      <w:r>
        <w:t xml:space="preserve"> školy. V případě částečného uvolnění prosíme o co nejpřesnější uvedení doporučených omezení a </w:t>
      </w:r>
      <w:proofErr w:type="spellStart"/>
      <w:r>
        <w:t>povolených</w:t>
      </w:r>
      <w:proofErr w:type="spellEnd"/>
      <w:r>
        <w:t xml:space="preserve"> </w:t>
      </w:r>
      <w:proofErr w:type="spellStart"/>
      <w:r>
        <w:t>pohybových</w:t>
      </w:r>
      <w:proofErr w:type="spellEnd"/>
      <w:r>
        <w:t xml:space="preserve"> </w:t>
      </w:r>
      <w:proofErr w:type="spellStart"/>
      <w:r>
        <w:t>aktivit</w:t>
      </w:r>
      <w:proofErr w:type="spellEnd"/>
      <w:r>
        <w:t>.</w:t>
      </w:r>
    </w:p>
    <w:p w14:paraId="1EBCEEBD" w14:textId="77777777" w:rsidR="00642757" w:rsidRDefault="00642757">
      <w:pPr>
        <w:spacing w:before="1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957120" w14:paraId="72BFC0A2" w14:textId="77777777">
        <w:trPr>
          <w:jc w:val="center"/>
        </w:trPr>
        <w:tc>
          <w:tcPr>
            <w:tcW w:w="4819" w:type="dxa"/>
          </w:tcPr>
          <w:p w14:paraId="0B86F297" w14:textId="10707861" w:rsidR="00957120" w:rsidRDefault="00235E4C">
            <w:r>
              <w:t>V</w:t>
            </w:r>
            <w:r w:rsidR="00642757">
              <w:t xml:space="preserve">                                                                  </w:t>
            </w:r>
            <w:r>
              <w:t xml:space="preserve"> dne </w:t>
            </w:r>
          </w:p>
        </w:tc>
        <w:tc>
          <w:tcPr>
            <w:tcW w:w="4819" w:type="dxa"/>
          </w:tcPr>
          <w:p w14:paraId="531549DF" w14:textId="45C6E31A" w:rsidR="00957120" w:rsidRDefault="00957120">
            <w:pPr>
              <w:jc w:val="right"/>
            </w:pPr>
          </w:p>
        </w:tc>
      </w:tr>
      <w:tr w:rsidR="00957120" w14:paraId="6AA4D3C9" w14:textId="77777777">
        <w:trPr>
          <w:jc w:val="center"/>
        </w:trPr>
        <w:tc>
          <w:tcPr>
            <w:tcW w:w="4819" w:type="dxa"/>
          </w:tcPr>
          <w:p w14:paraId="414DF1C6" w14:textId="77777777" w:rsidR="00957120" w:rsidRDefault="00957120"/>
        </w:tc>
        <w:tc>
          <w:tcPr>
            <w:tcW w:w="4819" w:type="dxa"/>
          </w:tcPr>
          <w:p w14:paraId="66411A8F" w14:textId="7FD31344" w:rsidR="00957120" w:rsidRDefault="00B05730">
            <w:pPr>
              <w:jc w:val="right"/>
            </w:pPr>
            <w:proofErr w:type="spellStart"/>
            <w:r>
              <w:t>p</w:t>
            </w:r>
            <w:r w:rsidR="00235E4C">
              <w:t>odpis</w:t>
            </w:r>
            <w:proofErr w:type="spellEnd"/>
            <w:r w:rsidR="00235E4C">
              <w:t xml:space="preserve"> </w:t>
            </w:r>
            <w:proofErr w:type="spellStart"/>
            <w:r w:rsidR="00235E4C">
              <w:t>zákonného</w:t>
            </w:r>
            <w:proofErr w:type="spellEnd"/>
            <w:r w:rsidR="00235E4C">
              <w:t xml:space="preserve"> </w:t>
            </w:r>
            <w:proofErr w:type="spellStart"/>
            <w:r w:rsidR="00235E4C">
              <w:t>zástupce</w:t>
            </w:r>
            <w:proofErr w:type="spellEnd"/>
          </w:p>
        </w:tc>
      </w:tr>
    </w:tbl>
    <w:p w14:paraId="505DBF2E" w14:textId="77777777" w:rsidR="00957120" w:rsidRDefault="00235E4C">
      <w:pPr>
        <w:spacing w:before="280" w:after="100"/>
      </w:pPr>
      <w:r>
        <w:rPr>
          <w:b/>
        </w:rPr>
        <w:t>Vyjádření školy:</w:t>
      </w:r>
    </w:p>
    <w:p w14:paraId="377C1689" w14:textId="77777777" w:rsidR="00957120" w:rsidRDefault="00235E4C">
      <w:pPr>
        <w:spacing w:after="100"/>
      </w:pPr>
      <w:r>
        <w:t>☐</w:t>
      </w:r>
      <w:r>
        <w:t xml:space="preserve"> žádosti se vyhovuje     ☐ žádosti se vyhovuje částečně     ☐ žádosti se nevyhovuje</w:t>
      </w:r>
    </w:p>
    <w:p w14:paraId="0383F0E5" w14:textId="77777777" w:rsidR="00642757" w:rsidRDefault="00642757">
      <w:pPr>
        <w:spacing w:before="160"/>
        <w:rPr>
          <w:lang w:val="pl-PL"/>
        </w:rPr>
      </w:pPr>
    </w:p>
    <w:p w14:paraId="4434FD8C" w14:textId="46860FEB" w:rsidR="00957120" w:rsidRPr="00B05730" w:rsidRDefault="00235E4C">
      <w:pPr>
        <w:spacing w:before="160"/>
        <w:rPr>
          <w:lang w:val="pl-PL"/>
        </w:rPr>
      </w:pPr>
      <w:r w:rsidRPr="00B05730">
        <w:rPr>
          <w:lang w:val="pl-PL"/>
        </w:rPr>
        <w:t>V Halži dne __________________</w:t>
      </w:r>
      <w:r w:rsidRPr="00B05730">
        <w:rPr>
          <w:lang w:val="pl-PL"/>
        </w:rPr>
        <w:t xml:space="preserve">                                   </w:t>
      </w:r>
      <w:r w:rsidR="00642757">
        <w:rPr>
          <w:lang w:val="pl-PL"/>
        </w:rPr>
        <w:tab/>
      </w:r>
      <w:r w:rsidR="00642757">
        <w:rPr>
          <w:lang w:val="pl-PL"/>
        </w:rPr>
        <w:tab/>
      </w:r>
      <w:r w:rsidRPr="00B05730">
        <w:rPr>
          <w:lang w:val="pl-PL"/>
        </w:rPr>
        <w:t xml:space="preserve">   __________________________________</w:t>
      </w:r>
    </w:p>
    <w:p w14:paraId="3FEFC292" w14:textId="1A4B0D67" w:rsidR="00957120" w:rsidRPr="00B05730" w:rsidRDefault="00235E4C" w:rsidP="00642757">
      <w:pPr>
        <w:rPr>
          <w:lang w:val="pl-PL"/>
        </w:rPr>
      </w:pPr>
      <w:r w:rsidRPr="00B05730">
        <w:rPr>
          <w:lang w:val="pl-PL"/>
        </w:rPr>
        <w:t xml:space="preserve">                                                         </w:t>
      </w:r>
      <w:r w:rsidR="00642757">
        <w:rPr>
          <w:lang w:val="pl-PL"/>
        </w:rPr>
        <w:t xml:space="preserve">                                                                                              </w:t>
      </w:r>
      <w:r w:rsidRPr="00B05730">
        <w:rPr>
          <w:lang w:val="pl-PL"/>
        </w:rPr>
        <w:t xml:space="preserve">podpis </w:t>
      </w:r>
      <w:proofErr w:type="spellStart"/>
      <w:r w:rsidRPr="00B05730">
        <w:rPr>
          <w:lang w:val="pl-PL"/>
        </w:rPr>
        <w:t>ředitelky</w:t>
      </w:r>
      <w:proofErr w:type="spellEnd"/>
      <w:r w:rsidRPr="00B05730">
        <w:rPr>
          <w:lang w:val="pl-PL"/>
        </w:rPr>
        <w:t xml:space="preserve"> </w:t>
      </w:r>
      <w:proofErr w:type="spellStart"/>
      <w:r w:rsidRPr="00B05730">
        <w:rPr>
          <w:lang w:val="pl-PL"/>
        </w:rPr>
        <w:t>školy</w:t>
      </w:r>
      <w:proofErr w:type="spellEnd"/>
    </w:p>
    <w:sectPr w:rsidR="00957120" w:rsidRPr="00B05730" w:rsidSect="00034616">
      <w:footerReference w:type="default" r:id="rId9"/>
      <w:pgSz w:w="11906" w:h="16838"/>
      <w:pgMar w:top="850" w:right="964" w:bottom="850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7199A3" w14:textId="77777777" w:rsidR="00235E4C" w:rsidRDefault="00235E4C">
      <w:pPr>
        <w:spacing w:after="0" w:line="240" w:lineRule="auto"/>
      </w:pPr>
      <w:r>
        <w:separator/>
      </w:r>
    </w:p>
  </w:endnote>
  <w:endnote w:type="continuationSeparator" w:id="0">
    <w:p w14:paraId="65AE723B" w14:textId="77777777" w:rsidR="00235E4C" w:rsidRDefault="00235E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6F146" w14:textId="77777777" w:rsidR="00957120" w:rsidRDefault="00235E4C">
    <w:pPr>
      <w:pStyle w:val="Zpat"/>
      <w:jc w:val="center"/>
    </w:pPr>
    <w:r>
      <w:rPr>
        <w:color w:val="787878"/>
        <w:sz w:val="16"/>
      </w:rPr>
      <w:t xml:space="preserve">ZŠ a MŠ </w:t>
    </w:r>
    <w:proofErr w:type="spellStart"/>
    <w:r>
      <w:rPr>
        <w:color w:val="787878"/>
        <w:sz w:val="16"/>
      </w:rPr>
      <w:t>Halže</w:t>
    </w:r>
    <w:proofErr w:type="spellEnd"/>
    <w:r>
      <w:rPr>
        <w:color w:val="787878"/>
        <w:sz w:val="16"/>
      </w:rPr>
      <w:t xml:space="preserve"> • </w:t>
    </w:r>
    <w:proofErr w:type="spellStart"/>
    <w:r>
      <w:rPr>
        <w:color w:val="787878"/>
        <w:sz w:val="16"/>
      </w:rPr>
      <w:t>Lipová</w:t>
    </w:r>
    <w:proofErr w:type="spellEnd"/>
    <w:r>
      <w:rPr>
        <w:color w:val="787878"/>
        <w:sz w:val="16"/>
      </w:rPr>
      <w:t xml:space="preserve"> 220 • 347 01 </w:t>
    </w:r>
    <w:proofErr w:type="spellStart"/>
    <w:r>
      <w:rPr>
        <w:color w:val="787878"/>
        <w:sz w:val="16"/>
      </w:rPr>
      <w:t>Halže</w:t>
    </w:r>
    <w:proofErr w:type="spellEnd"/>
    <w:r>
      <w:rPr>
        <w:color w:val="787878"/>
        <w:sz w:val="16"/>
      </w:rPr>
      <w:t xml:space="preserve"> • www.zsmshalze.cz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B4730E" w14:textId="77777777" w:rsidR="00235E4C" w:rsidRDefault="00235E4C">
      <w:pPr>
        <w:spacing w:after="0" w:line="240" w:lineRule="auto"/>
      </w:pPr>
      <w:r>
        <w:separator/>
      </w:r>
    </w:p>
  </w:footnote>
  <w:footnote w:type="continuationSeparator" w:id="0">
    <w:p w14:paraId="775BE80D" w14:textId="77777777" w:rsidR="00235E4C" w:rsidRDefault="00235E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5453423">
    <w:abstractNumId w:val="8"/>
  </w:num>
  <w:num w:numId="2" w16cid:durableId="2116633676">
    <w:abstractNumId w:val="6"/>
  </w:num>
  <w:num w:numId="3" w16cid:durableId="1902518828">
    <w:abstractNumId w:val="5"/>
  </w:num>
  <w:num w:numId="4" w16cid:durableId="389617953">
    <w:abstractNumId w:val="4"/>
  </w:num>
  <w:num w:numId="5" w16cid:durableId="684865447">
    <w:abstractNumId w:val="7"/>
  </w:num>
  <w:num w:numId="6" w16cid:durableId="871381672">
    <w:abstractNumId w:val="3"/>
  </w:num>
  <w:num w:numId="7" w16cid:durableId="402874762">
    <w:abstractNumId w:val="2"/>
  </w:num>
  <w:num w:numId="8" w16cid:durableId="1157453683">
    <w:abstractNumId w:val="1"/>
  </w:num>
  <w:num w:numId="9" w16cid:durableId="906842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35E4C"/>
    <w:rsid w:val="0029639D"/>
    <w:rsid w:val="00326F90"/>
    <w:rsid w:val="00642757"/>
    <w:rsid w:val="00957120"/>
    <w:rsid w:val="00AA1D8D"/>
    <w:rsid w:val="00B05730"/>
    <w:rsid w:val="00B47730"/>
    <w:rsid w:val="00CB0664"/>
    <w:rsid w:val="00CC6DF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8D474A"/>
  <w14:defaultImageDpi w14:val="300"/>
  <w15:docId w15:val="{CB732ADE-3710-47CC-923D-2FD6576DC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rPr>
      <w:rFonts w:ascii="Aptos" w:hAnsi="Aptos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1362</Characters>
  <Application>Microsoft Office Word</Application>
  <DocSecurity>0</DocSecurity>
  <Lines>11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1589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Michaela Velichová</cp:lastModifiedBy>
  <cp:revision>2</cp:revision>
  <cp:lastPrinted>2026-09-06T17:44:00Z</cp:lastPrinted>
  <dcterms:created xsi:type="dcterms:W3CDTF">2026-09-06T17:44:00Z</dcterms:created>
  <dcterms:modified xsi:type="dcterms:W3CDTF">2026-09-06T17:44:00Z</dcterms:modified>
  <cp:category/>
</cp:coreProperties>
</file>