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08A79" w14:textId="77777777" w:rsidR="002776EC" w:rsidRDefault="002776EC">
      <w:pPr>
        <w:spacing w:before="40" w:after="0"/>
        <w:jc w:val="center"/>
        <w:rPr>
          <w:b/>
          <w:color w:val="111111"/>
          <w:sz w:val="34"/>
          <w:lang w:val="pl-PL"/>
        </w:rPr>
      </w:pPr>
    </w:p>
    <w:p w14:paraId="71BB44B8" w14:textId="732932D8" w:rsidR="0038656D" w:rsidRDefault="0032786E">
      <w:pPr>
        <w:spacing w:before="40" w:after="0"/>
        <w:jc w:val="center"/>
        <w:rPr>
          <w:b/>
          <w:color w:val="111111"/>
          <w:sz w:val="34"/>
          <w:lang w:val="pl-PL"/>
        </w:rPr>
      </w:pPr>
      <w:proofErr w:type="spellStart"/>
      <w:r w:rsidRPr="002776EC">
        <w:rPr>
          <w:b/>
          <w:color w:val="111111"/>
          <w:sz w:val="34"/>
          <w:lang w:val="pl-PL"/>
        </w:rPr>
        <w:t>Platba</w:t>
      </w:r>
      <w:proofErr w:type="spellEnd"/>
      <w:r w:rsidRPr="002776EC">
        <w:rPr>
          <w:b/>
          <w:color w:val="111111"/>
          <w:sz w:val="34"/>
          <w:lang w:val="pl-PL"/>
        </w:rPr>
        <w:t xml:space="preserve"> za </w:t>
      </w:r>
      <w:proofErr w:type="spellStart"/>
      <w:r w:rsidRPr="002776EC">
        <w:rPr>
          <w:b/>
          <w:color w:val="111111"/>
          <w:sz w:val="34"/>
          <w:lang w:val="pl-PL"/>
        </w:rPr>
        <w:t>stravné</w:t>
      </w:r>
      <w:proofErr w:type="spellEnd"/>
      <w:r w:rsidRPr="002776EC">
        <w:rPr>
          <w:b/>
          <w:color w:val="111111"/>
          <w:sz w:val="34"/>
          <w:lang w:val="pl-PL"/>
        </w:rPr>
        <w:t xml:space="preserve"> a </w:t>
      </w:r>
      <w:proofErr w:type="spellStart"/>
      <w:r w:rsidRPr="002776EC">
        <w:rPr>
          <w:b/>
          <w:color w:val="111111"/>
          <w:sz w:val="34"/>
          <w:lang w:val="pl-PL"/>
        </w:rPr>
        <w:t>školné</w:t>
      </w:r>
      <w:proofErr w:type="spellEnd"/>
    </w:p>
    <w:p w14:paraId="2527A52B" w14:textId="77777777" w:rsidR="002776EC" w:rsidRPr="002776EC" w:rsidRDefault="002776EC">
      <w:pPr>
        <w:spacing w:before="40" w:after="0"/>
        <w:jc w:val="center"/>
        <w:rPr>
          <w:lang w:val="pl-PL"/>
        </w:rPr>
      </w:pPr>
    </w:p>
    <w:p w14:paraId="38482B2C" w14:textId="77777777" w:rsidR="0038656D" w:rsidRPr="002776EC" w:rsidRDefault="0032786E">
      <w:pPr>
        <w:spacing w:after="100"/>
        <w:jc w:val="center"/>
        <w:rPr>
          <w:lang w:val="pl-PL"/>
        </w:rPr>
      </w:pPr>
      <w:proofErr w:type="spellStart"/>
      <w:r w:rsidRPr="002776EC">
        <w:rPr>
          <w:color w:val="666666"/>
          <w:lang w:val="pl-PL"/>
        </w:rPr>
        <w:t>Informace</w:t>
      </w:r>
      <w:proofErr w:type="spellEnd"/>
      <w:r w:rsidRPr="002776EC">
        <w:rPr>
          <w:color w:val="666666"/>
          <w:lang w:val="pl-PL"/>
        </w:rPr>
        <w:t xml:space="preserve"> pro </w:t>
      </w:r>
      <w:proofErr w:type="spellStart"/>
      <w:r w:rsidRPr="002776EC">
        <w:rPr>
          <w:color w:val="666666"/>
          <w:lang w:val="pl-PL"/>
        </w:rPr>
        <w:t>zákonné</w:t>
      </w:r>
      <w:proofErr w:type="spellEnd"/>
      <w:r w:rsidRPr="002776EC">
        <w:rPr>
          <w:color w:val="666666"/>
          <w:lang w:val="pl-PL"/>
        </w:rPr>
        <w:t xml:space="preserve"> </w:t>
      </w:r>
      <w:proofErr w:type="spellStart"/>
      <w:r w:rsidRPr="002776EC">
        <w:rPr>
          <w:color w:val="666666"/>
          <w:lang w:val="pl-PL"/>
        </w:rPr>
        <w:t>zástupce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38656D" w:rsidRPr="002776EC" w14:paraId="295DDD4C" w14:textId="77777777">
        <w:trPr>
          <w:jc w:val="center"/>
        </w:trPr>
        <w:tc>
          <w:tcPr>
            <w:tcW w:w="10200" w:type="dxa"/>
            <w:tcBorders>
              <w:top w:val="single" w:sz="12" w:space="0" w:color="8FC3E0"/>
              <w:left w:val="single" w:sz="12" w:space="0" w:color="8FC3E0"/>
              <w:bottom w:val="single" w:sz="12" w:space="0" w:color="8FC3E0"/>
              <w:right w:val="single" w:sz="12" w:space="0" w:color="8FC3E0"/>
            </w:tcBorders>
            <w:shd w:val="clear" w:color="auto" w:fill="F6FBFE"/>
            <w:tcMar>
              <w:top w:w="75" w:type="dxa"/>
              <w:left w:w="110" w:type="dxa"/>
              <w:bottom w:w="70" w:type="dxa"/>
              <w:right w:w="110" w:type="dxa"/>
            </w:tcMar>
          </w:tcPr>
          <w:p w14:paraId="43AD1937" w14:textId="77777777" w:rsidR="0038656D" w:rsidRPr="002776EC" w:rsidRDefault="0032786E">
            <w:pPr>
              <w:spacing w:after="20"/>
              <w:jc w:val="center"/>
              <w:rPr>
                <w:lang w:val="pl-PL"/>
              </w:rPr>
            </w:pPr>
            <w:proofErr w:type="spellStart"/>
            <w:r w:rsidRPr="002776EC">
              <w:rPr>
                <w:b/>
                <w:color w:val="3F6F8F"/>
                <w:lang w:val="pl-PL"/>
              </w:rPr>
              <w:t>Platby</w:t>
            </w:r>
            <w:proofErr w:type="spellEnd"/>
            <w:r w:rsidRPr="002776EC">
              <w:rPr>
                <w:b/>
                <w:color w:val="3F6F8F"/>
                <w:lang w:val="pl-PL"/>
              </w:rPr>
              <w:t xml:space="preserve"> za </w:t>
            </w:r>
            <w:proofErr w:type="spellStart"/>
            <w:r w:rsidRPr="002776EC">
              <w:rPr>
                <w:b/>
                <w:color w:val="3F6F8F"/>
                <w:lang w:val="pl-PL"/>
              </w:rPr>
              <w:t>stravné</w:t>
            </w:r>
            <w:proofErr w:type="spellEnd"/>
            <w:r w:rsidRPr="002776EC">
              <w:rPr>
                <w:b/>
                <w:color w:val="3F6F8F"/>
                <w:lang w:val="pl-PL"/>
              </w:rPr>
              <w:t xml:space="preserve">, </w:t>
            </w:r>
            <w:proofErr w:type="spellStart"/>
            <w:r w:rsidRPr="002776EC">
              <w:rPr>
                <w:b/>
                <w:color w:val="3F6F8F"/>
                <w:lang w:val="pl-PL"/>
              </w:rPr>
              <w:t>školné</w:t>
            </w:r>
            <w:proofErr w:type="spellEnd"/>
            <w:r w:rsidRPr="002776EC">
              <w:rPr>
                <w:b/>
                <w:color w:val="3F6F8F"/>
                <w:lang w:val="pl-PL"/>
              </w:rPr>
              <w:t xml:space="preserve"> a </w:t>
            </w:r>
            <w:proofErr w:type="spellStart"/>
            <w:r w:rsidRPr="002776EC">
              <w:rPr>
                <w:b/>
                <w:color w:val="3F6F8F"/>
                <w:lang w:val="pl-PL"/>
              </w:rPr>
              <w:t>školní</w:t>
            </w:r>
            <w:proofErr w:type="spellEnd"/>
            <w:r w:rsidRPr="002776EC">
              <w:rPr>
                <w:b/>
                <w:color w:val="3F6F8F"/>
                <w:lang w:val="pl-PL"/>
              </w:rPr>
              <w:t xml:space="preserve"> </w:t>
            </w:r>
            <w:proofErr w:type="spellStart"/>
            <w:r w:rsidRPr="002776EC">
              <w:rPr>
                <w:b/>
                <w:color w:val="3F6F8F"/>
                <w:lang w:val="pl-PL"/>
              </w:rPr>
              <w:t>družinu</w:t>
            </w:r>
            <w:proofErr w:type="spellEnd"/>
            <w:r w:rsidRPr="002776EC">
              <w:rPr>
                <w:b/>
                <w:color w:val="3F6F8F"/>
                <w:lang w:val="pl-PL"/>
              </w:rPr>
              <w:t xml:space="preserve"> </w:t>
            </w:r>
            <w:proofErr w:type="spellStart"/>
            <w:r w:rsidRPr="002776EC">
              <w:rPr>
                <w:b/>
                <w:color w:val="3F6F8F"/>
                <w:lang w:val="pl-PL"/>
              </w:rPr>
              <w:t>jsou</w:t>
            </w:r>
            <w:proofErr w:type="spellEnd"/>
            <w:r w:rsidRPr="002776EC">
              <w:rPr>
                <w:b/>
                <w:color w:val="3F6F8F"/>
                <w:lang w:val="pl-PL"/>
              </w:rPr>
              <w:t xml:space="preserve"> </w:t>
            </w:r>
            <w:proofErr w:type="spellStart"/>
            <w:r w:rsidRPr="002776EC">
              <w:rPr>
                <w:b/>
                <w:color w:val="3F6F8F"/>
                <w:lang w:val="pl-PL"/>
              </w:rPr>
              <w:t>možné</w:t>
            </w:r>
            <w:proofErr w:type="spellEnd"/>
            <w:r w:rsidRPr="002776EC">
              <w:rPr>
                <w:b/>
                <w:color w:val="3F6F8F"/>
                <w:lang w:val="pl-PL"/>
              </w:rPr>
              <w:t xml:space="preserve"> </w:t>
            </w:r>
            <w:proofErr w:type="spellStart"/>
            <w:r w:rsidRPr="002776EC">
              <w:rPr>
                <w:b/>
                <w:color w:val="3F6F8F"/>
                <w:lang w:val="pl-PL"/>
              </w:rPr>
              <w:t>pouze</w:t>
            </w:r>
            <w:proofErr w:type="spellEnd"/>
            <w:r w:rsidRPr="002776EC">
              <w:rPr>
                <w:b/>
                <w:color w:val="3F6F8F"/>
                <w:lang w:val="pl-PL"/>
              </w:rPr>
              <w:t xml:space="preserve"> inkasem.</w:t>
            </w:r>
          </w:p>
          <w:p w14:paraId="62AD31D7" w14:textId="77777777" w:rsidR="0038656D" w:rsidRPr="002776EC" w:rsidRDefault="0032786E">
            <w:pPr>
              <w:spacing w:after="0"/>
              <w:jc w:val="center"/>
              <w:rPr>
                <w:lang w:val="pl-PL"/>
              </w:rPr>
            </w:pPr>
            <w:r w:rsidRPr="002776EC">
              <w:rPr>
                <w:color w:val="222222"/>
                <w:sz w:val="19"/>
                <w:lang w:val="pl-PL"/>
              </w:rPr>
              <w:t xml:space="preserve">Inkaso je </w:t>
            </w:r>
            <w:proofErr w:type="spellStart"/>
            <w:r w:rsidRPr="002776EC">
              <w:rPr>
                <w:color w:val="222222"/>
                <w:sz w:val="19"/>
                <w:lang w:val="pl-PL"/>
              </w:rPr>
              <w:t>strháváno</w:t>
            </w:r>
            <w:proofErr w:type="spellEnd"/>
            <w:r w:rsidRPr="002776EC">
              <w:rPr>
                <w:color w:val="222222"/>
                <w:sz w:val="19"/>
                <w:lang w:val="pl-PL"/>
              </w:rPr>
              <w:t xml:space="preserve"> </w:t>
            </w:r>
            <w:proofErr w:type="spellStart"/>
            <w:r w:rsidRPr="002776EC">
              <w:rPr>
                <w:color w:val="222222"/>
                <w:sz w:val="19"/>
                <w:lang w:val="pl-PL"/>
              </w:rPr>
              <w:t>vždy</w:t>
            </w:r>
            <w:proofErr w:type="spellEnd"/>
            <w:r w:rsidRPr="002776EC">
              <w:rPr>
                <w:color w:val="222222"/>
                <w:sz w:val="19"/>
                <w:lang w:val="pl-PL"/>
              </w:rPr>
              <w:t xml:space="preserve"> k 20. dni v </w:t>
            </w:r>
            <w:proofErr w:type="spellStart"/>
            <w:r w:rsidRPr="002776EC">
              <w:rPr>
                <w:color w:val="222222"/>
                <w:sz w:val="19"/>
                <w:lang w:val="pl-PL"/>
              </w:rPr>
              <w:t>měsíci</w:t>
            </w:r>
            <w:proofErr w:type="spellEnd"/>
            <w:r w:rsidRPr="002776EC">
              <w:rPr>
                <w:color w:val="222222"/>
                <w:sz w:val="19"/>
                <w:lang w:val="pl-PL"/>
              </w:rPr>
              <w:t>.</w:t>
            </w:r>
          </w:p>
        </w:tc>
      </w:tr>
    </w:tbl>
    <w:p w14:paraId="10FF7E6F" w14:textId="77777777" w:rsidR="0038656D" w:rsidRPr="002776EC" w:rsidRDefault="0038656D">
      <w:pPr>
        <w:spacing w:after="20" w:line="192" w:lineRule="auto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38656D" w14:paraId="4C16C1DE" w14:textId="77777777">
        <w:trPr>
          <w:jc w:val="center"/>
        </w:trPr>
        <w:tc>
          <w:tcPr>
            <w:tcW w:w="10200" w:type="dxa"/>
            <w:tcBorders>
              <w:top w:val="single" w:sz="10" w:space="0" w:color="A9CFE4"/>
              <w:left w:val="single" w:sz="10" w:space="0" w:color="A9CFE4"/>
              <w:bottom w:val="single" w:sz="10" w:space="0" w:color="A9CFE4"/>
              <w:right w:val="single" w:sz="10" w:space="0" w:color="A9CFE4"/>
            </w:tcBorders>
            <w:shd w:val="clear" w:color="auto" w:fill="EAF5FB"/>
            <w:tcMar>
              <w:top w:w="65" w:type="dxa"/>
              <w:left w:w="105" w:type="dxa"/>
              <w:bottom w:w="55" w:type="dxa"/>
              <w:right w:w="105" w:type="dxa"/>
            </w:tcMar>
          </w:tcPr>
          <w:p w14:paraId="34A2294A" w14:textId="77777777" w:rsidR="0038656D" w:rsidRDefault="0032786E">
            <w:pPr>
              <w:spacing w:after="0"/>
            </w:pPr>
            <w:r>
              <w:rPr>
                <w:b/>
                <w:color w:val="3F6F8F"/>
                <w:sz w:val="22"/>
              </w:rPr>
              <w:t>MATEŘSKÁ ŠKOLA</w:t>
            </w:r>
          </w:p>
        </w:tc>
      </w:tr>
      <w:tr w:rsidR="0038656D" w:rsidRPr="002776EC" w14:paraId="6E0CABD4" w14:textId="77777777">
        <w:trPr>
          <w:jc w:val="center"/>
        </w:trPr>
        <w:tc>
          <w:tcPr>
            <w:tcW w:w="10200" w:type="dxa"/>
            <w:tcBorders>
              <w:top w:val="single" w:sz="10" w:space="0" w:color="A9CFE4"/>
              <w:left w:val="single" w:sz="10" w:space="0" w:color="A9CFE4"/>
              <w:bottom w:val="single" w:sz="10" w:space="0" w:color="A9CFE4"/>
              <w:right w:val="single" w:sz="10" w:space="0" w:color="A9CFE4"/>
            </w:tcBorders>
            <w:shd w:val="clear" w:color="auto" w:fill="FFFFFF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20182E27" w14:textId="77777777" w:rsidR="0038656D" w:rsidRPr="002776EC" w:rsidRDefault="0032786E">
            <w:pPr>
              <w:spacing w:after="20"/>
              <w:ind w:left="159" w:hanging="108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b/>
                <w:color w:val="222222"/>
                <w:szCs w:val="20"/>
              </w:rPr>
              <w:t xml:space="preserve">Školné: </w:t>
            </w:r>
            <w:r w:rsidRPr="002776EC">
              <w:rPr>
                <w:color w:val="222222"/>
                <w:szCs w:val="20"/>
              </w:rPr>
              <w:t>450 Kč měsíčně.</w:t>
            </w:r>
          </w:p>
          <w:p w14:paraId="5AAF531A" w14:textId="77777777" w:rsidR="0038656D" w:rsidRPr="002776EC" w:rsidRDefault="0032786E">
            <w:pPr>
              <w:spacing w:after="20"/>
              <w:ind w:left="159" w:hanging="108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b/>
                <w:color w:val="222222"/>
                <w:szCs w:val="20"/>
              </w:rPr>
              <w:t xml:space="preserve">Úhrada školného: </w:t>
            </w:r>
            <w:r w:rsidRPr="002776EC">
              <w:rPr>
                <w:color w:val="222222"/>
                <w:szCs w:val="20"/>
              </w:rPr>
              <w:t>hradí se i v případě, že dítě v daném měsíci mateřskou školu nenavštěvovalo.</w:t>
            </w:r>
          </w:p>
          <w:p w14:paraId="1313EA7C" w14:textId="77777777" w:rsidR="0038656D" w:rsidRPr="002776EC" w:rsidRDefault="0032786E">
            <w:pPr>
              <w:spacing w:after="20"/>
              <w:ind w:left="159" w:hanging="108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b/>
                <w:color w:val="222222"/>
                <w:szCs w:val="20"/>
              </w:rPr>
              <w:t xml:space="preserve">Osvobození od školného: </w:t>
            </w:r>
            <w:r w:rsidRPr="002776EC">
              <w:rPr>
                <w:color w:val="222222"/>
                <w:szCs w:val="20"/>
              </w:rPr>
              <w:t>děti, které k 31. 8. dosáhly 5 let, jsou od platby školného osvobozeny.</w:t>
            </w:r>
          </w:p>
          <w:p w14:paraId="7E1748F2" w14:textId="77777777" w:rsidR="0038656D" w:rsidRPr="002776EC" w:rsidRDefault="0032786E">
            <w:pPr>
              <w:spacing w:after="20"/>
              <w:ind w:left="159" w:hanging="108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b/>
                <w:color w:val="222222"/>
                <w:szCs w:val="20"/>
              </w:rPr>
              <w:t xml:space="preserve">Stravné: </w:t>
            </w:r>
            <w:r w:rsidRPr="002776EC">
              <w:rPr>
                <w:color w:val="222222"/>
                <w:szCs w:val="20"/>
              </w:rPr>
              <w:t>47 Kč za den – přesnídávka 10 Kč, oběd 23 Kč, svačina 10 Kč, nápoj 4 Kč.</w:t>
            </w:r>
          </w:p>
          <w:p w14:paraId="5E566B11" w14:textId="77777777" w:rsidR="0038656D" w:rsidRPr="002776EC" w:rsidRDefault="0032786E">
            <w:pPr>
              <w:spacing w:after="20"/>
              <w:ind w:left="159" w:hanging="108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b/>
                <w:color w:val="222222"/>
                <w:szCs w:val="20"/>
              </w:rPr>
              <w:t xml:space="preserve">Přeplatky za stravné: </w:t>
            </w:r>
            <w:r w:rsidRPr="002776EC">
              <w:rPr>
                <w:color w:val="222222"/>
                <w:szCs w:val="20"/>
              </w:rPr>
              <w:t>při nepřítomnosti dítěte jsou odečteny v následujícím měsíci.</w:t>
            </w:r>
          </w:p>
          <w:p w14:paraId="23B6C11D" w14:textId="77777777" w:rsidR="002776EC" w:rsidRDefault="0032786E">
            <w:pPr>
              <w:spacing w:before="20" w:after="0"/>
              <w:rPr>
                <w:i/>
                <w:color w:val="666666"/>
                <w:szCs w:val="20"/>
                <w:lang w:val="pl-PL"/>
              </w:rPr>
            </w:pPr>
            <w:proofErr w:type="spellStart"/>
            <w:r w:rsidRPr="002776EC">
              <w:rPr>
                <w:i/>
                <w:color w:val="666666"/>
                <w:szCs w:val="20"/>
                <w:lang w:val="pl-PL"/>
              </w:rPr>
              <w:t>Poplatky</w:t>
            </w:r>
            <w:proofErr w:type="spellEnd"/>
            <w:r w:rsidRPr="002776EC">
              <w:rPr>
                <w:i/>
                <w:color w:val="666666"/>
                <w:szCs w:val="20"/>
                <w:lang w:val="pl-PL"/>
              </w:rPr>
              <w:t xml:space="preserve"> </w:t>
            </w:r>
            <w:proofErr w:type="spellStart"/>
            <w:r w:rsidRPr="002776EC">
              <w:rPr>
                <w:i/>
                <w:color w:val="666666"/>
                <w:szCs w:val="20"/>
                <w:lang w:val="pl-PL"/>
              </w:rPr>
              <w:t>se</w:t>
            </w:r>
            <w:proofErr w:type="spellEnd"/>
            <w:r w:rsidRPr="002776EC">
              <w:rPr>
                <w:i/>
                <w:color w:val="666666"/>
                <w:szCs w:val="20"/>
                <w:lang w:val="pl-PL"/>
              </w:rPr>
              <w:t xml:space="preserve"> </w:t>
            </w:r>
            <w:proofErr w:type="spellStart"/>
            <w:r w:rsidRPr="002776EC">
              <w:rPr>
                <w:i/>
                <w:color w:val="666666"/>
                <w:szCs w:val="20"/>
                <w:lang w:val="pl-PL"/>
              </w:rPr>
              <w:t>hradí</w:t>
            </w:r>
            <w:proofErr w:type="spellEnd"/>
            <w:r w:rsidRPr="002776EC">
              <w:rPr>
                <w:i/>
                <w:color w:val="666666"/>
                <w:szCs w:val="20"/>
                <w:lang w:val="pl-PL"/>
              </w:rPr>
              <w:t xml:space="preserve"> </w:t>
            </w:r>
            <w:proofErr w:type="spellStart"/>
            <w:r w:rsidRPr="002776EC">
              <w:rPr>
                <w:i/>
                <w:color w:val="666666"/>
                <w:szCs w:val="20"/>
                <w:lang w:val="pl-PL"/>
              </w:rPr>
              <w:t>vždy</w:t>
            </w:r>
            <w:proofErr w:type="spellEnd"/>
            <w:r w:rsidRPr="002776EC">
              <w:rPr>
                <w:i/>
                <w:color w:val="666666"/>
                <w:szCs w:val="20"/>
                <w:lang w:val="pl-PL"/>
              </w:rPr>
              <w:t xml:space="preserve"> do 20.</w:t>
            </w:r>
            <w:r w:rsidRPr="002776EC">
              <w:rPr>
                <w:i/>
                <w:color w:val="666666"/>
                <w:szCs w:val="20"/>
                <w:lang w:val="pl-PL"/>
              </w:rPr>
              <w:t xml:space="preserve">dne v </w:t>
            </w:r>
            <w:proofErr w:type="spellStart"/>
            <w:r w:rsidRPr="002776EC">
              <w:rPr>
                <w:i/>
                <w:color w:val="666666"/>
                <w:szCs w:val="20"/>
                <w:lang w:val="pl-PL"/>
              </w:rPr>
              <w:t>měsíci</w:t>
            </w:r>
            <w:proofErr w:type="spellEnd"/>
            <w:r w:rsidRPr="002776EC">
              <w:rPr>
                <w:i/>
                <w:color w:val="666666"/>
                <w:szCs w:val="20"/>
                <w:lang w:val="pl-PL"/>
              </w:rPr>
              <w:t xml:space="preserve">. </w:t>
            </w:r>
          </w:p>
          <w:p w14:paraId="34564E75" w14:textId="13BF0F33" w:rsidR="0038656D" w:rsidRPr="002776EC" w:rsidRDefault="0032786E">
            <w:pPr>
              <w:spacing w:before="20" w:after="0"/>
              <w:rPr>
                <w:szCs w:val="20"/>
                <w:lang w:val="pl-PL"/>
              </w:rPr>
            </w:pPr>
            <w:proofErr w:type="spellStart"/>
            <w:r w:rsidRPr="002776EC">
              <w:rPr>
                <w:i/>
                <w:color w:val="666666"/>
                <w:szCs w:val="20"/>
                <w:lang w:val="pl-PL"/>
              </w:rPr>
              <w:t>Opakované</w:t>
            </w:r>
            <w:proofErr w:type="spellEnd"/>
            <w:r w:rsidRPr="002776EC">
              <w:rPr>
                <w:i/>
                <w:color w:val="666666"/>
                <w:szCs w:val="20"/>
                <w:lang w:val="pl-PL"/>
              </w:rPr>
              <w:t xml:space="preserve"> </w:t>
            </w:r>
            <w:proofErr w:type="spellStart"/>
            <w:r w:rsidRPr="002776EC">
              <w:rPr>
                <w:i/>
                <w:color w:val="666666"/>
                <w:szCs w:val="20"/>
                <w:lang w:val="pl-PL"/>
              </w:rPr>
              <w:t>neuhrazení</w:t>
            </w:r>
            <w:proofErr w:type="spellEnd"/>
            <w:r w:rsidRPr="002776EC">
              <w:rPr>
                <w:i/>
                <w:color w:val="666666"/>
                <w:szCs w:val="20"/>
                <w:lang w:val="pl-PL"/>
              </w:rPr>
              <w:t xml:space="preserve"> </w:t>
            </w:r>
            <w:proofErr w:type="spellStart"/>
            <w:r w:rsidRPr="002776EC">
              <w:rPr>
                <w:i/>
                <w:color w:val="666666"/>
                <w:szCs w:val="20"/>
                <w:lang w:val="pl-PL"/>
              </w:rPr>
              <w:t>může</w:t>
            </w:r>
            <w:proofErr w:type="spellEnd"/>
            <w:r w:rsidRPr="002776EC">
              <w:rPr>
                <w:i/>
                <w:color w:val="666666"/>
                <w:szCs w:val="20"/>
                <w:lang w:val="pl-PL"/>
              </w:rPr>
              <w:t xml:space="preserve"> </w:t>
            </w:r>
            <w:proofErr w:type="spellStart"/>
            <w:r w:rsidRPr="002776EC">
              <w:rPr>
                <w:i/>
                <w:color w:val="666666"/>
                <w:szCs w:val="20"/>
                <w:lang w:val="pl-PL"/>
              </w:rPr>
              <w:t>být</w:t>
            </w:r>
            <w:proofErr w:type="spellEnd"/>
            <w:r w:rsidRPr="002776EC">
              <w:rPr>
                <w:i/>
                <w:color w:val="666666"/>
                <w:szCs w:val="20"/>
                <w:lang w:val="pl-PL"/>
              </w:rPr>
              <w:t xml:space="preserve"> </w:t>
            </w:r>
            <w:proofErr w:type="spellStart"/>
            <w:r w:rsidRPr="002776EC">
              <w:rPr>
                <w:i/>
                <w:color w:val="666666"/>
                <w:szCs w:val="20"/>
                <w:lang w:val="pl-PL"/>
              </w:rPr>
              <w:t>důvodem</w:t>
            </w:r>
            <w:proofErr w:type="spellEnd"/>
            <w:r w:rsidRPr="002776EC">
              <w:rPr>
                <w:i/>
                <w:color w:val="666666"/>
                <w:szCs w:val="20"/>
                <w:lang w:val="pl-PL"/>
              </w:rPr>
              <w:t xml:space="preserve"> k </w:t>
            </w:r>
            <w:proofErr w:type="spellStart"/>
            <w:r w:rsidRPr="002776EC">
              <w:rPr>
                <w:i/>
                <w:color w:val="666666"/>
                <w:szCs w:val="20"/>
                <w:lang w:val="pl-PL"/>
              </w:rPr>
              <w:t>ukončení</w:t>
            </w:r>
            <w:proofErr w:type="spellEnd"/>
            <w:r w:rsidRPr="002776EC">
              <w:rPr>
                <w:i/>
                <w:color w:val="666666"/>
                <w:szCs w:val="20"/>
                <w:lang w:val="pl-PL"/>
              </w:rPr>
              <w:t xml:space="preserve"> </w:t>
            </w:r>
            <w:proofErr w:type="spellStart"/>
            <w:r w:rsidRPr="002776EC">
              <w:rPr>
                <w:i/>
                <w:color w:val="666666"/>
                <w:szCs w:val="20"/>
                <w:lang w:val="pl-PL"/>
              </w:rPr>
              <w:t>docházky</w:t>
            </w:r>
            <w:proofErr w:type="spellEnd"/>
            <w:r w:rsidRPr="002776EC">
              <w:rPr>
                <w:i/>
                <w:color w:val="666666"/>
                <w:szCs w:val="20"/>
                <w:lang w:val="pl-PL"/>
              </w:rPr>
              <w:t xml:space="preserve"> </w:t>
            </w:r>
            <w:proofErr w:type="spellStart"/>
            <w:r w:rsidRPr="002776EC">
              <w:rPr>
                <w:i/>
                <w:color w:val="666666"/>
                <w:szCs w:val="20"/>
                <w:lang w:val="pl-PL"/>
              </w:rPr>
              <w:t>dítěte</w:t>
            </w:r>
            <w:proofErr w:type="spellEnd"/>
            <w:r w:rsidRPr="002776EC">
              <w:rPr>
                <w:i/>
                <w:color w:val="666666"/>
                <w:szCs w:val="20"/>
                <w:lang w:val="pl-PL"/>
              </w:rPr>
              <w:t xml:space="preserve"> do MŠ.</w:t>
            </w:r>
          </w:p>
        </w:tc>
      </w:tr>
    </w:tbl>
    <w:p w14:paraId="7728CF3C" w14:textId="77777777" w:rsidR="0038656D" w:rsidRPr="002776EC" w:rsidRDefault="0038656D">
      <w:pPr>
        <w:spacing w:after="20" w:line="192" w:lineRule="auto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38656D" w14:paraId="56342367" w14:textId="77777777">
        <w:trPr>
          <w:jc w:val="center"/>
        </w:trPr>
        <w:tc>
          <w:tcPr>
            <w:tcW w:w="10200" w:type="dxa"/>
            <w:tcBorders>
              <w:top w:val="single" w:sz="10" w:space="0" w:color="A9CFE4"/>
              <w:left w:val="single" w:sz="10" w:space="0" w:color="A9CFE4"/>
              <w:bottom w:val="single" w:sz="10" w:space="0" w:color="A9CFE4"/>
              <w:right w:val="single" w:sz="10" w:space="0" w:color="A9CFE4"/>
            </w:tcBorders>
            <w:shd w:val="clear" w:color="auto" w:fill="EAF5FB"/>
            <w:tcMar>
              <w:top w:w="65" w:type="dxa"/>
              <w:left w:w="105" w:type="dxa"/>
              <w:bottom w:w="55" w:type="dxa"/>
              <w:right w:w="105" w:type="dxa"/>
            </w:tcMar>
          </w:tcPr>
          <w:p w14:paraId="73A32E4D" w14:textId="77777777" w:rsidR="0038656D" w:rsidRDefault="0032786E">
            <w:pPr>
              <w:spacing w:after="0"/>
            </w:pPr>
            <w:r>
              <w:rPr>
                <w:b/>
                <w:color w:val="3F6F8F"/>
                <w:sz w:val="22"/>
              </w:rPr>
              <w:t>ZÁKLADNÍ ŠKOLA</w:t>
            </w:r>
          </w:p>
        </w:tc>
      </w:tr>
      <w:tr w:rsidR="0038656D" w14:paraId="03B1C5D6" w14:textId="77777777">
        <w:trPr>
          <w:jc w:val="center"/>
        </w:trPr>
        <w:tc>
          <w:tcPr>
            <w:tcW w:w="10200" w:type="dxa"/>
            <w:tcBorders>
              <w:top w:val="single" w:sz="10" w:space="0" w:color="A9CFE4"/>
              <w:left w:val="single" w:sz="10" w:space="0" w:color="A9CFE4"/>
              <w:bottom w:val="single" w:sz="10" w:space="0" w:color="A9CFE4"/>
              <w:right w:val="single" w:sz="10" w:space="0" w:color="A9CFE4"/>
            </w:tcBorders>
            <w:shd w:val="clear" w:color="auto" w:fill="FFFFFF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293F01C2" w14:textId="77777777" w:rsidR="0038656D" w:rsidRPr="002776EC" w:rsidRDefault="0032786E">
            <w:pPr>
              <w:spacing w:after="20"/>
              <w:ind w:left="159" w:hanging="108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b/>
                <w:color w:val="222222"/>
                <w:szCs w:val="20"/>
              </w:rPr>
              <w:t xml:space="preserve">Přihlášení obědů: </w:t>
            </w:r>
            <w:r w:rsidRPr="002776EC">
              <w:rPr>
                <w:color w:val="222222"/>
                <w:szCs w:val="20"/>
              </w:rPr>
              <w:t>žák navštěvující školní jídelnu má automaticky přihlášený oběd na každý školní den.</w:t>
            </w:r>
          </w:p>
          <w:p w14:paraId="7133330F" w14:textId="77777777" w:rsidR="0038656D" w:rsidRPr="002776EC" w:rsidRDefault="0032786E">
            <w:pPr>
              <w:spacing w:after="20"/>
              <w:ind w:left="159" w:hanging="108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b/>
                <w:color w:val="222222"/>
                <w:szCs w:val="20"/>
              </w:rPr>
              <w:t xml:space="preserve">Cena oběda: </w:t>
            </w:r>
            <w:r w:rsidRPr="002776EC">
              <w:rPr>
                <w:color w:val="222222"/>
                <w:szCs w:val="20"/>
              </w:rPr>
              <w:t>žáci 7–10 let 32 Kč, žáci 11–14 let 34 Kč.</w:t>
            </w:r>
          </w:p>
          <w:p w14:paraId="543AC082" w14:textId="77777777" w:rsidR="0038656D" w:rsidRPr="002776EC" w:rsidRDefault="0032786E">
            <w:pPr>
              <w:spacing w:after="20"/>
              <w:ind w:left="159" w:hanging="108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b/>
                <w:color w:val="222222"/>
                <w:szCs w:val="20"/>
              </w:rPr>
              <w:t xml:space="preserve">Školní družina: </w:t>
            </w:r>
            <w:r w:rsidRPr="002776EC">
              <w:rPr>
                <w:color w:val="222222"/>
                <w:szCs w:val="20"/>
              </w:rPr>
              <w:t>150 Kč měsíčně.</w:t>
            </w:r>
          </w:p>
          <w:p w14:paraId="6CF81104" w14:textId="77777777" w:rsidR="0038656D" w:rsidRPr="002776EC" w:rsidRDefault="0032786E">
            <w:pPr>
              <w:spacing w:after="20"/>
              <w:ind w:left="159" w:hanging="108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b/>
                <w:color w:val="222222"/>
                <w:szCs w:val="20"/>
              </w:rPr>
              <w:t xml:space="preserve">Přeplatky za stravné: </w:t>
            </w:r>
            <w:r w:rsidRPr="002776EC">
              <w:rPr>
                <w:color w:val="222222"/>
                <w:szCs w:val="20"/>
              </w:rPr>
              <w:t>při odhlášení oběda jsou odečteny v následujícím měsíci.</w:t>
            </w:r>
          </w:p>
        </w:tc>
      </w:tr>
    </w:tbl>
    <w:p w14:paraId="55FF4E20" w14:textId="77777777" w:rsidR="0038656D" w:rsidRDefault="0038656D">
      <w:pPr>
        <w:spacing w:after="20" w:line="19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38656D" w14:paraId="44FBACF4" w14:textId="77777777">
        <w:trPr>
          <w:jc w:val="center"/>
        </w:trPr>
        <w:tc>
          <w:tcPr>
            <w:tcW w:w="10200" w:type="dxa"/>
            <w:tcBorders>
              <w:top w:val="single" w:sz="8" w:space="0" w:color="A9CFE4"/>
              <w:left w:val="single" w:sz="8" w:space="0" w:color="A9CFE4"/>
              <w:bottom w:val="single" w:sz="8" w:space="0" w:color="A9CFE4"/>
              <w:right w:val="single" w:sz="8" w:space="0" w:color="A9CFE4"/>
            </w:tcBorders>
            <w:shd w:val="clear" w:color="auto" w:fill="F6FBFE"/>
            <w:tcMar>
              <w:top w:w="65" w:type="dxa"/>
              <w:left w:w="110" w:type="dxa"/>
              <w:bottom w:w="60" w:type="dxa"/>
              <w:right w:w="110" w:type="dxa"/>
            </w:tcMar>
          </w:tcPr>
          <w:p w14:paraId="3E6501FC" w14:textId="77777777" w:rsidR="0038656D" w:rsidRPr="002776EC" w:rsidRDefault="0032786E">
            <w:pPr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>Odhlašování obědů</w:t>
            </w:r>
          </w:p>
          <w:p w14:paraId="4409EAA7" w14:textId="77777777" w:rsidR="0038656D" w:rsidRPr="002776EC" w:rsidRDefault="0032786E">
            <w:pPr>
              <w:spacing w:after="20"/>
              <w:ind w:left="153" w:hanging="102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color w:val="222222"/>
                <w:szCs w:val="20"/>
              </w:rPr>
              <w:t>Při nemoci odhlaste oběd nejpozději do 8.00 hodin na tel. 727 893 528 (školní jídelna).</w:t>
            </w:r>
          </w:p>
          <w:p w14:paraId="4B7BD4CB" w14:textId="77777777" w:rsidR="0038656D" w:rsidRPr="002776EC" w:rsidRDefault="0032786E">
            <w:pPr>
              <w:spacing w:after="20"/>
              <w:ind w:left="153" w:hanging="102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color w:val="222222"/>
                <w:szCs w:val="20"/>
              </w:rPr>
              <w:t>Pokud žák odchází k lékaři a na oběd se nevrátí, odhlaste oběd den předem nebo nejpozději do 8.00 hodin daného dne.</w:t>
            </w:r>
          </w:p>
          <w:p w14:paraId="689F5E90" w14:textId="77777777" w:rsidR="0038656D" w:rsidRDefault="0032786E">
            <w:pPr>
              <w:spacing w:after="20"/>
              <w:ind w:left="153" w:hanging="102"/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color w:val="222222"/>
                <w:szCs w:val="20"/>
              </w:rPr>
              <w:t>Při náhlém onemocnění během vyučování lze již nahlášený oběd vyzvednout ve školní kuchyni v době 11.00–11.15 hodin</w:t>
            </w:r>
            <w:r>
              <w:rPr>
                <w:color w:val="222222"/>
                <w:sz w:val="18"/>
              </w:rPr>
              <w:t>.</w:t>
            </w:r>
          </w:p>
        </w:tc>
      </w:tr>
    </w:tbl>
    <w:p w14:paraId="0626E309" w14:textId="77777777" w:rsidR="0038656D" w:rsidRDefault="0038656D">
      <w:pPr>
        <w:spacing w:after="20" w:line="19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38656D" w14:paraId="6EA64B7A" w14:textId="77777777">
        <w:trPr>
          <w:jc w:val="center"/>
        </w:trPr>
        <w:tc>
          <w:tcPr>
            <w:tcW w:w="10200" w:type="dxa"/>
            <w:tcBorders>
              <w:top w:val="single" w:sz="10" w:space="0" w:color="A9CFE4"/>
              <w:left w:val="single" w:sz="10" w:space="0" w:color="A9CFE4"/>
              <w:bottom w:val="single" w:sz="10" w:space="0" w:color="A9CFE4"/>
              <w:right w:val="single" w:sz="10" w:space="0" w:color="A9CFE4"/>
            </w:tcBorders>
            <w:shd w:val="clear" w:color="auto" w:fill="EAF5FB"/>
            <w:tcMar>
              <w:top w:w="65" w:type="dxa"/>
              <w:left w:w="105" w:type="dxa"/>
              <w:bottom w:w="55" w:type="dxa"/>
              <w:right w:w="105" w:type="dxa"/>
            </w:tcMar>
          </w:tcPr>
          <w:p w14:paraId="1CE0944F" w14:textId="77777777" w:rsidR="0038656D" w:rsidRDefault="0032786E">
            <w:pPr>
              <w:spacing w:after="0"/>
            </w:pPr>
            <w:r>
              <w:rPr>
                <w:b/>
                <w:color w:val="3F6F8F"/>
                <w:sz w:val="22"/>
              </w:rPr>
              <w:t>JAK NASTAVIT INKASO</w:t>
            </w:r>
          </w:p>
        </w:tc>
      </w:tr>
      <w:tr w:rsidR="0038656D" w14:paraId="16255243" w14:textId="77777777">
        <w:trPr>
          <w:jc w:val="center"/>
        </w:trPr>
        <w:tc>
          <w:tcPr>
            <w:tcW w:w="10200" w:type="dxa"/>
            <w:tcBorders>
              <w:top w:val="single" w:sz="10" w:space="0" w:color="A9CFE4"/>
              <w:left w:val="single" w:sz="10" w:space="0" w:color="A9CFE4"/>
              <w:bottom w:val="single" w:sz="10" w:space="0" w:color="A9CFE4"/>
              <w:right w:val="single" w:sz="10" w:space="0" w:color="A9CFE4"/>
            </w:tcBorders>
            <w:shd w:val="clear" w:color="auto" w:fill="FFFFFF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7CAA6AAC" w14:textId="77777777" w:rsidR="0038656D" w:rsidRPr="002776EC" w:rsidRDefault="0032786E">
            <w:pPr>
              <w:spacing w:after="20"/>
              <w:ind w:left="159" w:hanging="108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b/>
                <w:color w:val="222222"/>
                <w:szCs w:val="20"/>
              </w:rPr>
              <w:t xml:space="preserve">Účet školy: </w:t>
            </w:r>
            <w:r w:rsidRPr="002776EC">
              <w:rPr>
                <w:color w:val="222222"/>
                <w:szCs w:val="20"/>
              </w:rPr>
              <w:t>78-4234870277 / 0100.</w:t>
            </w:r>
          </w:p>
          <w:p w14:paraId="30CB434B" w14:textId="77777777" w:rsidR="0038656D" w:rsidRPr="002776EC" w:rsidRDefault="0032786E">
            <w:pPr>
              <w:spacing w:after="20"/>
              <w:ind w:left="159" w:hanging="108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b/>
                <w:color w:val="222222"/>
                <w:szCs w:val="20"/>
              </w:rPr>
              <w:t xml:space="preserve">Termín inkasa: </w:t>
            </w:r>
            <w:r w:rsidRPr="002776EC">
              <w:rPr>
                <w:color w:val="222222"/>
                <w:szCs w:val="20"/>
              </w:rPr>
              <w:t>vždy k 20. dni v měsíci.</w:t>
            </w:r>
          </w:p>
          <w:p w14:paraId="00E16300" w14:textId="77777777" w:rsidR="0038656D" w:rsidRPr="002776EC" w:rsidRDefault="0032786E">
            <w:pPr>
              <w:spacing w:after="20"/>
              <w:ind w:left="159" w:hanging="108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b/>
                <w:color w:val="222222"/>
                <w:szCs w:val="20"/>
              </w:rPr>
              <w:t xml:space="preserve">Doporučený limit pro MŠ: </w:t>
            </w:r>
            <w:r w:rsidRPr="002776EC">
              <w:rPr>
                <w:color w:val="222222"/>
                <w:szCs w:val="20"/>
              </w:rPr>
              <w:t>2 500 Kč.</w:t>
            </w:r>
          </w:p>
          <w:p w14:paraId="619FA6CD" w14:textId="77777777" w:rsidR="0038656D" w:rsidRPr="002776EC" w:rsidRDefault="0032786E">
            <w:pPr>
              <w:spacing w:after="20"/>
              <w:ind w:left="159" w:hanging="108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b/>
                <w:color w:val="222222"/>
                <w:szCs w:val="20"/>
              </w:rPr>
              <w:t xml:space="preserve">Doporučený limit pro ZŠ: </w:t>
            </w:r>
            <w:r w:rsidRPr="002776EC">
              <w:rPr>
                <w:color w:val="222222"/>
                <w:szCs w:val="20"/>
              </w:rPr>
              <w:t>1 200 Kč.</w:t>
            </w:r>
          </w:p>
          <w:p w14:paraId="44CF0255" w14:textId="77777777" w:rsidR="0038656D" w:rsidRPr="002776EC" w:rsidRDefault="0032786E">
            <w:pPr>
              <w:spacing w:after="20"/>
              <w:ind w:left="159" w:hanging="108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 xml:space="preserve">• </w:t>
            </w:r>
            <w:r w:rsidRPr="002776EC">
              <w:rPr>
                <w:b/>
                <w:color w:val="222222"/>
                <w:szCs w:val="20"/>
              </w:rPr>
              <w:t xml:space="preserve">Postup: </w:t>
            </w:r>
            <w:r w:rsidRPr="002776EC">
              <w:rPr>
                <w:color w:val="222222"/>
                <w:szCs w:val="20"/>
              </w:rPr>
              <w:t>ve své bance povolte inkaso ve prospěch uvedeného účtu školy a nastavte dostatečný finanční limit.</w:t>
            </w:r>
          </w:p>
          <w:p w14:paraId="54993F7C" w14:textId="77777777" w:rsidR="0038656D" w:rsidRDefault="0032786E">
            <w:pPr>
              <w:spacing w:before="20" w:after="0"/>
            </w:pPr>
            <w:r w:rsidRPr="002776EC">
              <w:rPr>
                <w:i/>
                <w:color w:val="666666"/>
                <w:szCs w:val="20"/>
              </w:rPr>
              <w:t>Jiný způsob úhrady (bankovní převod, hotovost ani trvalý příkaz) není možný.</w:t>
            </w:r>
          </w:p>
        </w:tc>
      </w:tr>
    </w:tbl>
    <w:p w14:paraId="30D1A27E" w14:textId="77777777" w:rsidR="0038656D" w:rsidRDefault="0038656D">
      <w:pPr>
        <w:spacing w:after="20" w:line="19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38656D" w:rsidRPr="002776EC" w14:paraId="765FA2EB" w14:textId="77777777">
        <w:trPr>
          <w:jc w:val="center"/>
        </w:trPr>
        <w:tc>
          <w:tcPr>
            <w:tcW w:w="10200" w:type="dxa"/>
            <w:tcBorders>
              <w:top w:val="dashed" w:sz="9" w:space="0" w:color="9A9A9A"/>
              <w:left w:val="single" w:sz="6" w:space="0" w:color="A9CFE4"/>
              <w:bottom w:val="single" w:sz="6" w:space="0" w:color="A9CFE4"/>
              <w:right w:val="single" w:sz="6" w:space="0" w:color="A9CFE4"/>
            </w:tcBorders>
            <w:shd w:val="clear" w:color="auto" w:fill="FFFFFF"/>
            <w:tcMar>
              <w:top w:w="65" w:type="dxa"/>
              <w:left w:w="110" w:type="dxa"/>
              <w:bottom w:w="55" w:type="dxa"/>
              <w:right w:w="110" w:type="dxa"/>
            </w:tcMar>
          </w:tcPr>
          <w:p w14:paraId="7553808E" w14:textId="77777777" w:rsidR="0038656D" w:rsidRPr="002776EC" w:rsidRDefault="0032786E">
            <w:pPr>
              <w:spacing w:after="60"/>
              <w:jc w:val="center"/>
              <w:rPr>
                <w:szCs w:val="20"/>
              </w:rPr>
            </w:pPr>
            <w:r w:rsidRPr="002776EC">
              <w:rPr>
                <w:b/>
                <w:color w:val="3F6F8F"/>
                <w:szCs w:val="20"/>
              </w:rPr>
              <w:t>Potvrzení pro školu</w:t>
            </w:r>
          </w:p>
          <w:p w14:paraId="1F77BE0D" w14:textId="6D0F2E9C" w:rsidR="0038656D" w:rsidRPr="002776EC" w:rsidRDefault="0032786E">
            <w:pPr>
              <w:spacing w:after="20"/>
              <w:rPr>
                <w:szCs w:val="20"/>
              </w:rPr>
            </w:pPr>
            <w:r w:rsidRPr="002776EC">
              <w:rPr>
                <w:color w:val="222222"/>
                <w:szCs w:val="20"/>
              </w:rPr>
              <w:t xml:space="preserve">Jméno a </w:t>
            </w:r>
            <w:proofErr w:type="spellStart"/>
            <w:r w:rsidRPr="002776EC">
              <w:rPr>
                <w:color w:val="222222"/>
                <w:szCs w:val="20"/>
              </w:rPr>
              <w:t>příjmení</w:t>
            </w:r>
            <w:proofErr w:type="spellEnd"/>
            <w:r w:rsidRPr="002776EC">
              <w:rPr>
                <w:color w:val="222222"/>
                <w:szCs w:val="20"/>
              </w:rPr>
              <w:t xml:space="preserve"> </w:t>
            </w:r>
            <w:proofErr w:type="spellStart"/>
            <w:r w:rsidRPr="002776EC">
              <w:rPr>
                <w:color w:val="222222"/>
                <w:szCs w:val="20"/>
              </w:rPr>
              <w:t>dítěte</w:t>
            </w:r>
            <w:proofErr w:type="spellEnd"/>
            <w:r w:rsidRPr="002776EC">
              <w:rPr>
                <w:color w:val="222222"/>
                <w:szCs w:val="20"/>
              </w:rPr>
              <w:t>: ___________________________________</w:t>
            </w:r>
            <w:r w:rsidR="002776EC">
              <w:rPr>
                <w:color w:val="222222"/>
                <w:szCs w:val="20"/>
              </w:rPr>
              <w:t xml:space="preserve">________ </w:t>
            </w:r>
            <w:proofErr w:type="spellStart"/>
            <w:r w:rsidRPr="002776EC">
              <w:rPr>
                <w:color w:val="222222"/>
                <w:szCs w:val="20"/>
              </w:rPr>
              <w:t>Třída</w:t>
            </w:r>
            <w:proofErr w:type="spellEnd"/>
            <w:r w:rsidRPr="002776EC">
              <w:rPr>
                <w:color w:val="222222"/>
                <w:szCs w:val="20"/>
              </w:rPr>
              <w:t xml:space="preserve"> / </w:t>
            </w:r>
            <w:proofErr w:type="spellStart"/>
            <w:r w:rsidRPr="002776EC">
              <w:rPr>
                <w:color w:val="222222"/>
                <w:szCs w:val="20"/>
              </w:rPr>
              <w:t>oddělení</w:t>
            </w:r>
            <w:proofErr w:type="spellEnd"/>
            <w:r w:rsidRPr="002776EC">
              <w:rPr>
                <w:color w:val="222222"/>
                <w:szCs w:val="20"/>
              </w:rPr>
              <w:t>: __________</w:t>
            </w:r>
            <w:r w:rsidR="002776EC">
              <w:rPr>
                <w:color w:val="222222"/>
                <w:szCs w:val="20"/>
              </w:rPr>
              <w:t>_</w:t>
            </w:r>
          </w:p>
          <w:p w14:paraId="4FC2B2F1" w14:textId="77777777" w:rsidR="0038656D" w:rsidRPr="002776EC" w:rsidRDefault="0032786E">
            <w:pPr>
              <w:spacing w:after="20"/>
              <w:rPr>
                <w:szCs w:val="20"/>
              </w:rPr>
            </w:pPr>
            <w:r w:rsidRPr="002776EC">
              <w:rPr>
                <w:color w:val="222222"/>
                <w:szCs w:val="20"/>
              </w:rPr>
              <w:t>Číslo účtu plátce: __________________________________________________________________________</w:t>
            </w:r>
          </w:p>
          <w:p w14:paraId="7B57A68E" w14:textId="77777777" w:rsidR="0038656D" w:rsidRDefault="0032786E">
            <w:pPr>
              <w:spacing w:after="20"/>
              <w:rPr>
                <w:color w:val="222222"/>
                <w:szCs w:val="20"/>
              </w:rPr>
            </w:pPr>
            <w:r w:rsidRPr="002776EC">
              <w:rPr>
                <w:color w:val="222222"/>
                <w:szCs w:val="20"/>
              </w:rPr>
              <w:t xml:space="preserve">Potvrzuji, že jsem povolil(a) inkaso ve </w:t>
            </w:r>
            <w:proofErr w:type="spellStart"/>
            <w:r w:rsidRPr="002776EC">
              <w:rPr>
                <w:color w:val="222222"/>
                <w:szCs w:val="20"/>
              </w:rPr>
              <w:t>prospěch</w:t>
            </w:r>
            <w:proofErr w:type="spellEnd"/>
            <w:r w:rsidRPr="002776EC">
              <w:rPr>
                <w:color w:val="222222"/>
                <w:szCs w:val="20"/>
              </w:rPr>
              <w:t xml:space="preserve"> </w:t>
            </w:r>
            <w:proofErr w:type="spellStart"/>
            <w:r w:rsidRPr="002776EC">
              <w:rPr>
                <w:color w:val="222222"/>
                <w:szCs w:val="20"/>
              </w:rPr>
              <w:t>účtu</w:t>
            </w:r>
            <w:proofErr w:type="spellEnd"/>
            <w:r w:rsidRPr="002776EC">
              <w:rPr>
                <w:color w:val="222222"/>
                <w:szCs w:val="20"/>
              </w:rPr>
              <w:t xml:space="preserve"> </w:t>
            </w:r>
            <w:proofErr w:type="spellStart"/>
            <w:r w:rsidRPr="002776EC">
              <w:rPr>
                <w:color w:val="222222"/>
                <w:szCs w:val="20"/>
              </w:rPr>
              <w:t>školy</w:t>
            </w:r>
            <w:proofErr w:type="spellEnd"/>
            <w:r w:rsidRPr="002776EC">
              <w:rPr>
                <w:color w:val="222222"/>
                <w:szCs w:val="20"/>
              </w:rPr>
              <w:t xml:space="preserve"> 78-4234870277/0100.</w:t>
            </w:r>
          </w:p>
          <w:p w14:paraId="06133AB7" w14:textId="77777777" w:rsidR="002776EC" w:rsidRPr="002776EC" w:rsidRDefault="002776EC">
            <w:pPr>
              <w:spacing w:after="20"/>
              <w:rPr>
                <w:szCs w:val="20"/>
              </w:rPr>
            </w:pPr>
          </w:p>
          <w:p w14:paraId="6C9DA213" w14:textId="77777777" w:rsidR="0038656D" w:rsidRPr="002776EC" w:rsidRDefault="0032786E">
            <w:pPr>
              <w:spacing w:after="20"/>
              <w:rPr>
                <w:szCs w:val="20"/>
              </w:rPr>
            </w:pPr>
            <w:r w:rsidRPr="002776EC">
              <w:rPr>
                <w:color w:val="222222"/>
                <w:szCs w:val="20"/>
              </w:rPr>
              <w:t>Datum: ____________________      Podpis zákonného zástupce: ____________________________________</w:t>
            </w:r>
          </w:p>
        </w:tc>
      </w:tr>
    </w:tbl>
    <w:p w14:paraId="4DFA007D" w14:textId="77777777" w:rsidR="0032786E" w:rsidRPr="002776EC" w:rsidRDefault="0032786E">
      <w:pPr>
        <w:rPr>
          <w:szCs w:val="20"/>
        </w:rPr>
      </w:pPr>
    </w:p>
    <w:sectPr w:rsidR="0032786E" w:rsidRPr="002776EC" w:rsidSect="00034616">
      <w:headerReference w:type="default" r:id="rId8"/>
      <w:footerReference w:type="default" r:id="rId9"/>
      <w:pgSz w:w="12240" w:h="15840"/>
      <w:pgMar w:top="765" w:right="1020" w:bottom="850" w:left="1020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896ED" w14:textId="77777777" w:rsidR="0032786E" w:rsidRDefault="0032786E">
      <w:pPr>
        <w:spacing w:after="0"/>
      </w:pPr>
      <w:r>
        <w:separator/>
      </w:r>
    </w:p>
  </w:endnote>
  <w:endnote w:type="continuationSeparator" w:id="0">
    <w:p w14:paraId="74D46476" w14:textId="77777777" w:rsidR="0032786E" w:rsidRDefault="003278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439D4" w14:textId="77777777" w:rsidR="00C820E2" w:rsidRPr="003E4E49" w:rsidRDefault="00CA23B4">
    <w:pPr>
      <w:pStyle w:val="Zpat"/>
      <w:jc w:val="center"/>
      <w:rPr>
        <w:lang w:val="pl-PL"/>
      </w:rPr>
    </w:pPr>
    <w:r w:rsidRPr="002776EC">
      <w:rPr>
        <w:color w:val="7D7D7D"/>
        <w:sz w:val="16"/>
        <w:lang w:val="pl-PL"/>
      </w:rPr>
      <w:t xml:space="preserve">ZŠ a MŠ </w:t>
    </w:r>
    <w:proofErr w:type="spellStart"/>
    <w:r w:rsidRPr="002776EC">
      <w:rPr>
        <w:color w:val="7D7D7D"/>
        <w:sz w:val="16"/>
        <w:lang w:val="pl-PL"/>
      </w:rPr>
      <w:t>Halže</w:t>
    </w:r>
    <w:proofErr w:type="spellEnd"/>
    <w:r w:rsidRPr="002776EC">
      <w:rPr>
        <w:color w:val="7D7D7D"/>
        <w:sz w:val="16"/>
        <w:lang w:val="pl-PL"/>
      </w:rPr>
      <w:t xml:space="preserve"> • </w:t>
    </w:r>
    <w:proofErr w:type="spellStart"/>
    <w:r w:rsidRPr="002776EC">
      <w:rPr>
        <w:color w:val="7D7D7D"/>
        <w:sz w:val="16"/>
        <w:lang w:val="pl-PL"/>
      </w:rPr>
      <w:t>platba</w:t>
    </w:r>
    <w:proofErr w:type="spellEnd"/>
    <w:r w:rsidRPr="002776EC">
      <w:rPr>
        <w:color w:val="7D7D7D"/>
        <w:sz w:val="16"/>
        <w:lang w:val="pl-PL"/>
      </w:rPr>
      <w:t xml:space="preserve"> za </w:t>
    </w:r>
    <w:proofErr w:type="spellStart"/>
    <w:r w:rsidRPr="002776EC">
      <w:rPr>
        <w:color w:val="7D7D7D"/>
        <w:sz w:val="16"/>
        <w:lang w:val="pl-PL"/>
      </w:rPr>
      <w:t>stravné</w:t>
    </w:r>
    <w:proofErr w:type="spellEnd"/>
    <w:r w:rsidRPr="002776EC">
      <w:rPr>
        <w:color w:val="7D7D7D"/>
        <w:sz w:val="16"/>
        <w:lang w:val="pl-PL"/>
      </w:rPr>
      <w:t xml:space="preserve"> a školné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3F5A7" w14:textId="77777777" w:rsidR="0032786E" w:rsidRDefault="0032786E">
      <w:pPr>
        <w:spacing w:after="0"/>
      </w:pPr>
      <w:r>
        <w:separator/>
      </w:r>
    </w:p>
  </w:footnote>
  <w:footnote w:type="continuationSeparator" w:id="0">
    <w:p w14:paraId="698B508D" w14:textId="77777777" w:rsidR="0032786E" w:rsidRDefault="003278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14CDE" w14:textId="529572FD" w:rsidR="00C820E2" w:rsidRDefault="00C820E2">
    <w:pPr>
      <w:pStyle w:val="Zhlav"/>
    </w:pPr>
  </w:p>
  <w:tbl>
    <w:tblPr>
      <w:tblW w:w="0" w:type="auto"/>
      <w:jc w:val="center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</w:tblBorders>
      <w:tblLook w:val="04A0" w:firstRow="1" w:lastRow="0" w:firstColumn="1" w:lastColumn="0" w:noHBand="0" w:noVBand="1"/>
    </w:tblPr>
    <w:tblGrid>
      <w:gridCol w:w="3828"/>
      <w:gridCol w:w="6036"/>
    </w:tblGrid>
    <w:tr w:rsidR="00C820E2" w14:paraId="2AFDC1A5" w14:textId="77777777" w:rsidTr="002776EC">
      <w:trPr>
        <w:jc w:val="center"/>
      </w:trPr>
      <w:tc>
        <w:tcPr>
          <w:tcW w:w="3828" w:type="dxa"/>
          <w:tcMar>
            <w:top w:w="0" w:type="dxa"/>
            <w:left w:w="40" w:type="dxa"/>
            <w:bottom w:w="0" w:type="dxa"/>
            <w:right w:w="40" w:type="dxa"/>
          </w:tcMar>
          <w:vAlign w:val="center"/>
        </w:tcPr>
        <w:p w14:paraId="2E7EBE4F" w14:textId="4A693A30" w:rsidR="00C820E2" w:rsidRDefault="002776EC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A10373B" wp14:editId="7805C482">
                <wp:simplePos x="0" y="0"/>
                <wp:positionH relativeFrom="column">
                  <wp:posOffset>96520</wp:posOffset>
                </wp:positionH>
                <wp:positionV relativeFrom="paragraph">
                  <wp:posOffset>31115</wp:posOffset>
                </wp:positionV>
                <wp:extent cx="634365" cy="600075"/>
                <wp:effectExtent l="0" t="0" r="0" b="9525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halze_whit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4365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36" w:type="dxa"/>
          <w:tcMar>
            <w:top w:w="0" w:type="dxa"/>
            <w:left w:w="40" w:type="dxa"/>
            <w:bottom w:w="0" w:type="dxa"/>
            <w:right w:w="40" w:type="dxa"/>
          </w:tcMar>
          <w:vAlign w:val="center"/>
        </w:tcPr>
        <w:p w14:paraId="4F57B87C" w14:textId="77777777" w:rsidR="00C820E2" w:rsidRDefault="00CA23B4">
          <w:pPr>
            <w:spacing w:after="20"/>
          </w:pPr>
          <w:proofErr w:type="spellStart"/>
          <w:r>
            <w:rPr>
              <w:b/>
              <w:sz w:val="25"/>
            </w:rPr>
            <w:t>Základní</w:t>
          </w:r>
          <w:proofErr w:type="spellEnd"/>
          <w:r>
            <w:rPr>
              <w:b/>
              <w:sz w:val="25"/>
            </w:rPr>
            <w:t xml:space="preserve"> </w:t>
          </w:r>
          <w:proofErr w:type="spellStart"/>
          <w:r>
            <w:rPr>
              <w:b/>
              <w:sz w:val="25"/>
            </w:rPr>
            <w:t>škola</w:t>
          </w:r>
          <w:proofErr w:type="spellEnd"/>
          <w:r>
            <w:rPr>
              <w:b/>
              <w:sz w:val="25"/>
            </w:rPr>
            <w:t xml:space="preserve"> a </w:t>
          </w:r>
          <w:proofErr w:type="spellStart"/>
          <w:r>
            <w:rPr>
              <w:b/>
              <w:sz w:val="25"/>
            </w:rPr>
            <w:t>Mateřská</w:t>
          </w:r>
          <w:proofErr w:type="spellEnd"/>
          <w:r>
            <w:rPr>
              <w:b/>
              <w:sz w:val="25"/>
            </w:rPr>
            <w:t xml:space="preserve"> </w:t>
          </w:r>
          <w:proofErr w:type="spellStart"/>
          <w:r>
            <w:rPr>
              <w:b/>
              <w:sz w:val="25"/>
            </w:rPr>
            <w:t>škola</w:t>
          </w:r>
          <w:proofErr w:type="spellEnd"/>
          <w:r>
            <w:rPr>
              <w:b/>
              <w:sz w:val="25"/>
            </w:rPr>
            <w:t xml:space="preserve"> Halže, </w:t>
          </w:r>
          <w:proofErr w:type="spellStart"/>
          <w:r>
            <w:rPr>
              <w:b/>
              <w:sz w:val="25"/>
            </w:rPr>
            <w:t>příspěvková</w:t>
          </w:r>
          <w:proofErr w:type="spellEnd"/>
          <w:r>
            <w:rPr>
              <w:b/>
              <w:sz w:val="25"/>
            </w:rPr>
            <w:t xml:space="preserve"> </w:t>
          </w:r>
          <w:proofErr w:type="spellStart"/>
          <w:r>
            <w:rPr>
              <w:b/>
              <w:sz w:val="25"/>
            </w:rPr>
            <w:t>organizace</w:t>
          </w:r>
          <w:proofErr w:type="spellEnd"/>
        </w:p>
        <w:p w14:paraId="734D5A70" w14:textId="77777777" w:rsidR="00C820E2" w:rsidRDefault="00CA23B4">
          <w:pPr>
            <w:spacing w:after="0"/>
          </w:pPr>
          <w:proofErr w:type="spellStart"/>
          <w:r>
            <w:rPr>
              <w:color w:val="505050"/>
              <w:sz w:val="19"/>
            </w:rPr>
            <w:t>Lipová</w:t>
          </w:r>
          <w:proofErr w:type="spellEnd"/>
          <w:r>
            <w:rPr>
              <w:color w:val="505050"/>
              <w:sz w:val="19"/>
            </w:rPr>
            <w:t xml:space="preserve"> 220, 347 01 </w:t>
          </w:r>
          <w:proofErr w:type="spellStart"/>
          <w:r>
            <w:rPr>
              <w:color w:val="505050"/>
              <w:sz w:val="19"/>
            </w:rPr>
            <w:t>Halže</w:t>
          </w:r>
          <w:proofErr w:type="spellEnd"/>
          <w:r>
            <w:rPr>
              <w:color w:val="505050"/>
              <w:sz w:val="19"/>
            </w:rPr>
            <w:t xml:space="preserve">  |  IČO 60610867  |  tel. 727 889 707</w:t>
          </w:r>
        </w:p>
        <w:p w14:paraId="79938261" w14:textId="77777777" w:rsidR="00C820E2" w:rsidRDefault="00CA23B4">
          <w:pPr>
            <w:spacing w:after="0"/>
          </w:pPr>
          <w:r>
            <w:rPr>
              <w:color w:val="505050"/>
              <w:sz w:val="19"/>
            </w:rPr>
            <w:t>podatelna@zsmshalze.cz  |  www.zsmshalze.cz</w:t>
          </w:r>
        </w:p>
      </w:tc>
    </w:tr>
  </w:tbl>
  <w:p w14:paraId="63FA9AE6" w14:textId="77777777" w:rsidR="00C820E2" w:rsidRDefault="00C820E2">
    <w:pPr>
      <w:pBdr>
        <w:bottom w:val="single" w:sz="8" w:space="5" w:color="7F8C8D"/>
      </w:pBdr>
      <w:spacing w:before="2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181434">
    <w:abstractNumId w:val="8"/>
  </w:num>
  <w:num w:numId="2" w16cid:durableId="1014960718">
    <w:abstractNumId w:val="6"/>
  </w:num>
  <w:num w:numId="3" w16cid:durableId="393896927">
    <w:abstractNumId w:val="5"/>
  </w:num>
  <w:num w:numId="4" w16cid:durableId="1568149859">
    <w:abstractNumId w:val="4"/>
  </w:num>
  <w:num w:numId="5" w16cid:durableId="1827164486">
    <w:abstractNumId w:val="7"/>
  </w:num>
  <w:num w:numId="6" w16cid:durableId="416364745">
    <w:abstractNumId w:val="3"/>
  </w:num>
  <w:num w:numId="7" w16cid:durableId="485320386">
    <w:abstractNumId w:val="2"/>
  </w:num>
  <w:num w:numId="8" w16cid:durableId="1128888568">
    <w:abstractNumId w:val="1"/>
  </w:num>
  <w:num w:numId="9" w16cid:durableId="113914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76EC"/>
    <w:rsid w:val="00282EA8"/>
    <w:rsid w:val="0029639D"/>
    <w:rsid w:val="00326F90"/>
    <w:rsid w:val="0032786E"/>
    <w:rsid w:val="00363AC3"/>
    <w:rsid w:val="0038656D"/>
    <w:rsid w:val="003E4E49"/>
    <w:rsid w:val="00805ECC"/>
    <w:rsid w:val="00AA1D8D"/>
    <w:rsid w:val="00B47730"/>
    <w:rsid w:val="00C820E2"/>
    <w:rsid w:val="00CA23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AE585"/>
  <w14:defaultImageDpi w14:val="300"/>
  <w15:docId w15:val="{155B295F-23A7-4F51-85CF-924D4916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40" w:line="240" w:lineRule="auto"/>
    </w:pPr>
    <w:rPr>
      <w:rFonts w:ascii="Arial" w:eastAsia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Souhlas zákonného zástupce s členstvím ve školním parlamentu</dc:title>
  <dc:subject>ZŠ a MŠ Halže</dc:subject>
  <dc:creator>ZŠ a MŠ Halže</dc:creator>
  <cp:keywords/>
  <dc:description>generated by python-docx</dc:description>
  <cp:lastModifiedBy>Michaela Velichová</cp:lastModifiedBy>
  <cp:revision>3</cp:revision>
  <cp:lastPrinted>2026-10-04T18:30:00Z</cp:lastPrinted>
  <dcterms:created xsi:type="dcterms:W3CDTF">2026-10-04T18:30:00Z</dcterms:created>
  <dcterms:modified xsi:type="dcterms:W3CDTF">2026-10-04T18:31:00Z</dcterms:modified>
  <cp:category/>
</cp:coreProperties>
</file>