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9"/>
      </w:tblGrid>
      <w:tr w:rsidR="00640AF1" w:rsidRPr="00110F06" w14:paraId="166E1008" w14:textId="77777777" w:rsidTr="00110F06">
        <w:tc>
          <w:tcPr>
            <w:tcW w:w="4077" w:type="dxa"/>
          </w:tcPr>
          <w:p w14:paraId="0F61BBB0" w14:textId="77777777" w:rsidR="00640AF1" w:rsidRDefault="00001059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2E4D9BA" wp14:editId="5E113BFF">
                  <wp:simplePos x="0" y="0"/>
                  <wp:positionH relativeFrom="column">
                    <wp:posOffset>754380</wp:posOffset>
                  </wp:positionH>
                  <wp:positionV relativeFrom="paragraph">
                    <wp:posOffset>99060</wp:posOffset>
                  </wp:positionV>
                  <wp:extent cx="737999" cy="737999"/>
                  <wp:effectExtent l="0" t="0" r="5080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999" cy="73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99" w:type="dxa"/>
            <w:vAlign w:val="center"/>
          </w:tcPr>
          <w:p w14:paraId="3369FB00" w14:textId="77777777" w:rsidR="00640AF1" w:rsidRPr="00110F06" w:rsidRDefault="00001059">
            <w:pPr>
              <w:rPr>
                <w:lang w:val="pl-PL"/>
              </w:rPr>
            </w:pPr>
            <w:r w:rsidRPr="00110F06">
              <w:rPr>
                <w:b/>
                <w:color w:val="11375E"/>
                <w:sz w:val="26"/>
                <w:lang w:val="pl-PL"/>
              </w:rPr>
              <w:t>ZÁKLADNÍ ŠKOLA A MATEŘSKÁ ŠKOLA HALŽE</w:t>
            </w:r>
          </w:p>
          <w:p w14:paraId="03CEF1FD" w14:textId="77777777" w:rsidR="00640AF1" w:rsidRPr="00110F06" w:rsidRDefault="00001059">
            <w:pPr>
              <w:spacing w:after="20"/>
              <w:rPr>
                <w:lang w:val="pl-PL"/>
              </w:rPr>
            </w:pPr>
            <w:proofErr w:type="spellStart"/>
            <w:r w:rsidRPr="00110F06">
              <w:rPr>
                <w:sz w:val="18"/>
                <w:lang w:val="pl-PL"/>
              </w:rPr>
              <w:t>příspěvková</w:t>
            </w:r>
            <w:proofErr w:type="spellEnd"/>
            <w:r w:rsidRPr="00110F06">
              <w:rPr>
                <w:sz w:val="18"/>
                <w:lang w:val="pl-PL"/>
              </w:rPr>
              <w:t xml:space="preserve"> </w:t>
            </w:r>
            <w:proofErr w:type="spellStart"/>
            <w:r w:rsidRPr="00110F06">
              <w:rPr>
                <w:sz w:val="18"/>
                <w:lang w:val="pl-PL"/>
              </w:rPr>
              <w:t>organizace</w:t>
            </w:r>
            <w:proofErr w:type="spellEnd"/>
            <w:r w:rsidRPr="00110F06">
              <w:rPr>
                <w:sz w:val="18"/>
                <w:lang w:val="pl-PL"/>
              </w:rPr>
              <w:t xml:space="preserve">  |  </w:t>
            </w:r>
            <w:proofErr w:type="spellStart"/>
            <w:r w:rsidRPr="00110F06">
              <w:rPr>
                <w:sz w:val="18"/>
                <w:lang w:val="pl-PL"/>
              </w:rPr>
              <w:t>Lipová</w:t>
            </w:r>
            <w:proofErr w:type="spellEnd"/>
            <w:r w:rsidRPr="00110F06">
              <w:rPr>
                <w:sz w:val="18"/>
                <w:lang w:val="pl-PL"/>
              </w:rPr>
              <w:t xml:space="preserve"> 220, 347 01 </w:t>
            </w:r>
            <w:proofErr w:type="spellStart"/>
            <w:r w:rsidRPr="00110F06">
              <w:rPr>
                <w:sz w:val="18"/>
                <w:lang w:val="pl-PL"/>
              </w:rPr>
              <w:t>Halže</w:t>
            </w:r>
            <w:proofErr w:type="spellEnd"/>
          </w:p>
          <w:p w14:paraId="35263939" w14:textId="77777777" w:rsidR="00640AF1" w:rsidRPr="00110F06" w:rsidRDefault="00001059">
            <w:pPr>
              <w:rPr>
                <w:lang w:val="pl-PL"/>
              </w:rPr>
            </w:pPr>
            <w:r w:rsidRPr="00110F06">
              <w:rPr>
                <w:sz w:val="18"/>
                <w:lang w:val="pl-PL"/>
              </w:rPr>
              <w:t>IČO: 606 10 867  |  e-mail: reditel@zsmshalze.cz</w:t>
            </w:r>
          </w:p>
        </w:tc>
      </w:tr>
    </w:tbl>
    <w:p w14:paraId="1769D1F5" w14:textId="77777777" w:rsidR="00640AF1" w:rsidRPr="00110F06" w:rsidRDefault="00640AF1">
      <w:pPr>
        <w:pBdr>
          <w:bottom w:val="single" w:sz="14" w:space="0" w:color="2A8CAC"/>
        </w:pBdr>
        <w:rPr>
          <w:lang w:val="pl-PL"/>
        </w:rPr>
      </w:pPr>
    </w:p>
    <w:p w14:paraId="51A86FAE" w14:textId="77777777" w:rsidR="00640AF1" w:rsidRPr="00110F06" w:rsidRDefault="00001059">
      <w:pPr>
        <w:spacing w:before="240" w:after="360"/>
        <w:jc w:val="center"/>
        <w:rPr>
          <w:lang w:val="pl-PL"/>
        </w:rPr>
      </w:pPr>
      <w:r w:rsidRPr="00110F06">
        <w:rPr>
          <w:b/>
          <w:color w:val="11375E"/>
          <w:sz w:val="30"/>
          <w:lang w:val="pl-PL"/>
        </w:rPr>
        <w:t>ŽÁDOST O UKONČENÍ DOCHÁZKY DÍTĚTE</w:t>
      </w:r>
      <w:r w:rsidRPr="00110F06">
        <w:rPr>
          <w:b/>
          <w:color w:val="11375E"/>
          <w:sz w:val="30"/>
          <w:lang w:val="pl-PL"/>
        </w:rPr>
        <w:br/>
        <w:t>DO MATEŘSKÉ ŠKOLY</w:t>
      </w:r>
    </w:p>
    <w:p w14:paraId="45D15195" w14:textId="77777777" w:rsidR="00640AF1" w:rsidRPr="00110F06" w:rsidRDefault="00001059">
      <w:pPr>
        <w:spacing w:after="260"/>
        <w:rPr>
          <w:lang w:val="pl-PL"/>
        </w:rPr>
      </w:pPr>
      <w:proofErr w:type="spellStart"/>
      <w:r w:rsidRPr="00110F06">
        <w:rPr>
          <w:b/>
          <w:lang w:val="pl-PL"/>
        </w:rPr>
        <w:t>Jméno</w:t>
      </w:r>
      <w:proofErr w:type="spellEnd"/>
      <w:r w:rsidRPr="00110F06">
        <w:rPr>
          <w:b/>
          <w:lang w:val="pl-PL"/>
        </w:rPr>
        <w:t xml:space="preserve"> a </w:t>
      </w:r>
      <w:proofErr w:type="spellStart"/>
      <w:r w:rsidRPr="00110F06">
        <w:rPr>
          <w:b/>
          <w:lang w:val="pl-PL"/>
        </w:rPr>
        <w:t>příjmení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dítěte</w:t>
      </w:r>
      <w:proofErr w:type="spellEnd"/>
      <w:r w:rsidRPr="00110F06">
        <w:rPr>
          <w:b/>
          <w:lang w:val="pl-PL"/>
        </w:rPr>
        <w:t>:</w:t>
      </w:r>
      <w:r w:rsidRPr="00110F06">
        <w:rPr>
          <w:lang w:val="pl-PL"/>
        </w:rPr>
        <w:br/>
        <w:t>___________________________________________________________________________________</w:t>
      </w:r>
    </w:p>
    <w:p w14:paraId="0A33A623" w14:textId="77777777" w:rsidR="00640AF1" w:rsidRPr="00110F06" w:rsidRDefault="00001059">
      <w:pPr>
        <w:spacing w:after="260"/>
        <w:rPr>
          <w:lang w:val="pl-PL"/>
        </w:rPr>
      </w:pPr>
      <w:proofErr w:type="spellStart"/>
      <w:r w:rsidRPr="00110F06">
        <w:rPr>
          <w:b/>
          <w:lang w:val="pl-PL"/>
        </w:rPr>
        <w:t>Datum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narození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dítěte</w:t>
      </w:r>
      <w:proofErr w:type="spellEnd"/>
      <w:r w:rsidRPr="00110F06">
        <w:rPr>
          <w:b/>
          <w:lang w:val="pl-PL"/>
        </w:rPr>
        <w:t>:</w:t>
      </w:r>
      <w:r w:rsidRPr="00110F06">
        <w:rPr>
          <w:lang w:val="pl-PL"/>
        </w:rPr>
        <w:br/>
        <w:t>___________________________________________________________________________________</w:t>
      </w:r>
    </w:p>
    <w:p w14:paraId="7A793A7E" w14:textId="77777777" w:rsidR="00640AF1" w:rsidRPr="00110F06" w:rsidRDefault="00001059">
      <w:pPr>
        <w:spacing w:after="260"/>
        <w:rPr>
          <w:lang w:val="pl-PL"/>
        </w:rPr>
      </w:pPr>
      <w:proofErr w:type="spellStart"/>
      <w:r w:rsidRPr="00110F06">
        <w:rPr>
          <w:b/>
          <w:lang w:val="pl-PL"/>
        </w:rPr>
        <w:t>Bydliště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dítěte</w:t>
      </w:r>
      <w:proofErr w:type="spellEnd"/>
      <w:r w:rsidRPr="00110F06">
        <w:rPr>
          <w:b/>
          <w:lang w:val="pl-PL"/>
        </w:rPr>
        <w:t>:</w:t>
      </w:r>
      <w:r w:rsidRPr="00110F06">
        <w:rPr>
          <w:lang w:val="pl-PL"/>
        </w:rPr>
        <w:br/>
      </w:r>
      <w:r w:rsidRPr="00110F06">
        <w:rPr>
          <w:lang w:val="pl-PL"/>
        </w:rPr>
        <w:t>___________________________________________________________________________________</w:t>
      </w:r>
    </w:p>
    <w:p w14:paraId="17C5F34E" w14:textId="77777777" w:rsidR="00640AF1" w:rsidRPr="00110F06" w:rsidRDefault="00001059">
      <w:pPr>
        <w:spacing w:after="260"/>
        <w:rPr>
          <w:lang w:val="pl-PL"/>
        </w:rPr>
      </w:pPr>
      <w:proofErr w:type="spellStart"/>
      <w:r w:rsidRPr="00110F06">
        <w:rPr>
          <w:b/>
          <w:lang w:val="pl-PL"/>
        </w:rPr>
        <w:t>Jméno</w:t>
      </w:r>
      <w:proofErr w:type="spellEnd"/>
      <w:r w:rsidRPr="00110F06">
        <w:rPr>
          <w:b/>
          <w:lang w:val="pl-PL"/>
        </w:rPr>
        <w:t xml:space="preserve"> a </w:t>
      </w:r>
      <w:proofErr w:type="spellStart"/>
      <w:r w:rsidRPr="00110F06">
        <w:rPr>
          <w:b/>
          <w:lang w:val="pl-PL"/>
        </w:rPr>
        <w:t>příjmení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zákonného</w:t>
      </w:r>
      <w:proofErr w:type="spellEnd"/>
      <w:r w:rsidRPr="00110F06">
        <w:rPr>
          <w:b/>
          <w:lang w:val="pl-PL"/>
        </w:rPr>
        <w:t xml:space="preserve"> </w:t>
      </w:r>
      <w:proofErr w:type="spellStart"/>
      <w:r w:rsidRPr="00110F06">
        <w:rPr>
          <w:b/>
          <w:lang w:val="pl-PL"/>
        </w:rPr>
        <w:t>zástupce</w:t>
      </w:r>
      <w:proofErr w:type="spellEnd"/>
      <w:r w:rsidRPr="00110F06">
        <w:rPr>
          <w:b/>
          <w:lang w:val="pl-PL"/>
        </w:rPr>
        <w:t>:</w:t>
      </w:r>
      <w:r w:rsidRPr="00110F06">
        <w:rPr>
          <w:lang w:val="pl-PL"/>
        </w:rPr>
        <w:br/>
        <w:t>___________________________________________________________________________________</w:t>
      </w:r>
    </w:p>
    <w:p w14:paraId="2013B0CF" w14:textId="77777777" w:rsidR="00640AF1" w:rsidRPr="00110F06" w:rsidRDefault="00001059">
      <w:pPr>
        <w:spacing w:before="260" w:after="300"/>
        <w:rPr>
          <w:lang w:val="pl-PL"/>
        </w:rPr>
      </w:pPr>
      <w:proofErr w:type="spellStart"/>
      <w:r w:rsidRPr="00110F06">
        <w:rPr>
          <w:lang w:val="pl-PL"/>
        </w:rPr>
        <w:t>Žádám</w:t>
      </w:r>
      <w:proofErr w:type="spellEnd"/>
      <w:r w:rsidRPr="00110F06">
        <w:rPr>
          <w:lang w:val="pl-PL"/>
        </w:rPr>
        <w:t xml:space="preserve"> o </w:t>
      </w:r>
      <w:proofErr w:type="spellStart"/>
      <w:r w:rsidRPr="00110F06">
        <w:rPr>
          <w:lang w:val="pl-PL"/>
        </w:rPr>
        <w:t>ukončení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docházky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svého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dítěte</w:t>
      </w:r>
      <w:proofErr w:type="spellEnd"/>
      <w:r w:rsidRPr="00110F06">
        <w:rPr>
          <w:lang w:val="pl-PL"/>
        </w:rPr>
        <w:t xml:space="preserve"> do </w:t>
      </w:r>
      <w:proofErr w:type="spellStart"/>
      <w:r w:rsidRPr="00110F06">
        <w:rPr>
          <w:lang w:val="pl-PL"/>
        </w:rPr>
        <w:t>Mateřské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školy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Halže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ke</w:t>
      </w:r>
      <w:proofErr w:type="spellEnd"/>
      <w:r w:rsidRPr="00110F06">
        <w:rPr>
          <w:lang w:val="pl-PL"/>
        </w:rPr>
        <w:t xml:space="preserve"> dni:</w:t>
      </w:r>
    </w:p>
    <w:p w14:paraId="2E72B4E4" w14:textId="77777777" w:rsidR="00640AF1" w:rsidRPr="00110F06" w:rsidRDefault="00001059">
      <w:pPr>
        <w:spacing w:after="460"/>
        <w:rPr>
          <w:lang w:val="pl-PL"/>
        </w:rPr>
      </w:pPr>
      <w:r w:rsidRPr="00110F06">
        <w:rPr>
          <w:lang w:val="pl-PL"/>
        </w:rPr>
        <w:t>........................................................................</w:t>
      </w:r>
    </w:p>
    <w:p w14:paraId="01925172" w14:textId="77777777" w:rsidR="00640AF1" w:rsidRPr="00110F06" w:rsidRDefault="00001059">
      <w:pPr>
        <w:spacing w:after="700"/>
        <w:rPr>
          <w:lang w:val="pl-PL"/>
        </w:rPr>
      </w:pPr>
      <w:r w:rsidRPr="00110F06">
        <w:rPr>
          <w:lang w:val="pl-PL"/>
        </w:rPr>
        <w:t xml:space="preserve">V </w:t>
      </w:r>
      <w:proofErr w:type="spellStart"/>
      <w:r w:rsidRPr="00110F06">
        <w:rPr>
          <w:lang w:val="pl-PL"/>
        </w:rPr>
        <w:t>Halži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dne</w:t>
      </w:r>
      <w:proofErr w:type="spellEnd"/>
      <w:r w:rsidRPr="00110F06">
        <w:rPr>
          <w:lang w:val="pl-PL"/>
        </w:rPr>
        <w:t>: .....................................................</w:t>
      </w:r>
    </w:p>
    <w:p w14:paraId="654B21E2" w14:textId="77777777" w:rsidR="00640AF1" w:rsidRPr="00110F06" w:rsidRDefault="00001059">
      <w:pPr>
        <w:rPr>
          <w:lang w:val="pl-PL"/>
        </w:rPr>
      </w:pPr>
      <w:r w:rsidRPr="00110F06">
        <w:rPr>
          <w:lang w:val="pl-PL"/>
        </w:rPr>
        <w:t xml:space="preserve">Podpis </w:t>
      </w:r>
      <w:proofErr w:type="spellStart"/>
      <w:r w:rsidRPr="00110F06">
        <w:rPr>
          <w:lang w:val="pl-PL"/>
        </w:rPr>
        <w:t>zákonného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zástupce</w:t>
      </w:r>
      <w:proofErr w:type="spellEnd"/>
      <w:r w:rsidRPr="00110F06">
        <w:rPr>
          <w:lang w:val="pl-PL"/>
        </w:rPr>
        <w:t>: ...........................................................</w:t>
      </w:r>
    </w:p>
    <w:p w14:paraId="0E5FC009" w14:textId="77777777" w:rsidR="00640AF1" w:rsidRPr="00110F06" w:rsidRDefault="00640AF1">
      <w:pPr>
        <w:pBdr>
          <w:bottom w:val="single" w:sz="10" w:space="0" w:color="008FAD"/>
        </w:pBdr>
        <w:spacing w:before="420" w:after="160"/>
        <w:rPr>
          <w:lang w:val="pl-PL"/>
        </w:rPr>
      </w:pPr>
    </w:p>
    <w:p w14:paraId="0A56CB8D" w14:textId="77777777" w:rsidR="00640AF1" w:rsidRPr="00110F06" w:rsidRDefault="00001059">
      <w:pPr>
        <w:spacing w:after="220"/>
        <w:rPr>
          <w:lang w:val="pl-PL"/>
        </w:rPr>
      </w:pPr>
      <w:r w:rsidRPr="00110F06">
        <w:rPr>
          <w:b/>
          <w:color w:val="0E3758"/>
          <w:lang w:val="pl-PL"/>
        </w:rPr>
        <w:t>POTVRZENÍ ŠKOLY O PŘEVZETÍ ŽÁDOSTI</w:t>
      </w:r>
    </w:p>
    <w:p w14:paraId="3ECB8F21" w14:textId="77777777" w:rsidR="00640AF1" w:rsidRPr="00110F06" w:rsidRDefault="00001059">
      <w:pPr>
        <w:spacing w:after="340"/>
        <w:rPr>
          <w:lang w:val="pl-PL"/>
        </w:rPr>
      </w:pPr>
      <w:proofErr w:type="spellStart"/>
      <w:r w:rsidRPr="00110F06">
        <w:rPr>
          <w:lang w:val="pl-PL"/>
        </w:rPr>
        <w:t>Žádost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převzata</w:t>
      </w:r>
      <w:proofErr w:type="spellEnd"/>
      <w:r w:rsidRPr="00110F06">
        <w:rPr>
          <w:lang w:val="pl-PL"/>
        </w:rPr>
        <w:t xml:space="preserve"> </w:t>
      </w:r>
      <w:proofErr w:type="spellStart"/>
      <w:r w:rsidRPr="00110F06">
        <w:rPr>
          <w:lang w:val="pl-PL"/>
        </w:rPr>
        <w:t>dne</w:t>
      </w:r>
      <w:proofErr w:type="spellEnd"/>
      <w:r w:rsidRPr="00110F06">
        <w:rPr>
          <w:lang w:val="pl-PL"/>
        </w:rPr>
        <w:t>:  ........................................................</w:t>
      </w:r>
    </w:p>
    <w:p w14:paraId="223EB397" w14:textId="77777777" w:rsidR="00640AF1" w:rsidRPr="00110F06" w:rsidRDefault="00001059">
      <w:pPr>
        <w:spacing w:after="360"/>
        <w:rPr>
          <w:lang w:val="pl-PL"/>
        </w:rPr>
      </w:pPr>
      <w:proofErr w:type="spellStart"/>
      <w:r w:rsidRPr="00110F06">
        <w:rPr>
          <w:lang w:val="pl-PL"/>
        </w:rPr>
        <w:t>Jméno</w:t>
      </w:r>
      <w:proofErr w:type="spellEnd"/>
      <w:r w:rsidRPr="00110F06">
        <w:rPr>
          <w:lang w:val="pl-PL"/>
        </w:rPr>
        <w:t xml:space="preserve"> a podpis </w:t>
      </w:r>
      <w:proofErr w:type="spellStart"/>
      <w:r w:rsidRPr="00110F06">
        <w:rPr>
          <w:lang w:val="pl-PL"/>
        </w:rPr>
        <w:t>přebírající</w:t>
      </w:r>
      <w:proofErr w:type="spellEnd"/>
      <w:r w:rsidRPr="00110F06">
        <w:rPr>
          <w:lang w:val="pl-PL"/>
        </w:rPr>
        <w:t xml:space="preserve"> osoby:  ........................................................</w:t>
      </w:r>
    </w:p>
    <w:p w14:paraId="5A7C7016" w14:textId="77777777" w:rsidR="00640AF1" w:rsidRDefault="00001059">
      <w:pPr>
        <w:spacing w:after="440"/>
      </w:pPr>
      <w:proofErr w:type="spellStart"/>
      <w:r>
        <w:t>Razítko</w:t>
      </w:r>
      <w:proofErr w:type="spellEnd"/>
      <w:r>
        <w:t xml:space="preserve"> </w:t>
      </w:r>
      <w:proofErr w:type="spellStart"/>
      <w:r>
        <w:t>školy</w:t>
      </w:r>
      <w:proofErr w:type="spellEnd"/>
      <w:r>
        <w:t>:</w:t>
      </w:r>
    </w:p>
    <w:sectPr w:rsidR="00640AF1" w:rsidSect="00034616">
      <w:footerReference w:type="default" r:id="rId9"/>
      <w:pgSz w:w="12240" w:h="15840"/>
      <w:pgMar w:top="1020" w:right="1332" w:bottom="1020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28B6" w14:textId="77777777" w:rsidR="00001059" w:rsidRDefault="00001059">
      <w:pPr>
        <w:spacing w:after="0" w:line="240" w:lineRule="auto"/>
      </w:pPr>
      <w:r>
        <w:separator/>
      </w:r>
    </w:p>
  </w:endnote>
  <w:endnote w:type="continuationSeparator" w:id="0">
    <w:p w14:paraId="312BFAD9" w14:textId="77777777" w:rsidR="00001059" w:rsidRDefault="0000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2EF5" w14:textId="77777777" w:rsidR="00640AF1" w:rsidRPr="00110F06" w:rsidRDefault="00001059">
    <w:pPr>
      <w:pStyle w:val="Zpat"/>
      <w:jc w:val="center"/>
      <w:rPr>
        <w:lang w:val="pl-PL"/>
      </w:rPr>
    </w:pPr>
    <w:r w:rsidRPr="00110F06">
      <w:rPr>
        <w:sz w:val="16"/>
        <w:lang w:val="pl-PL"/>
      </w:rPr>
      <w:t>ZŠ a MŠ Halže  •  Žádost o ukončení docházky do MŠ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23A2F" w14:textId="77777777" w:rsidR="00001059" w:rsidRDefault="00001059">
      <w:pPr>
        <w:spacing w:after="0" w:line="240" w:lineRule="auto"/>
      </w:pPr>
      <w:r>
        <w:separator/>
      </w:r>
    </w:p>
  </w:footnote>
  <w:footnote w:type="continuationSeparator" w:id="0">
    <w:p w14:paraId="4788B9F4" w14:textId="77777777" w:rsidR="00001059" w:rsidRDefault="00001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149121">
    <w:abstractNumId w:val="8"/>
  </w:num>
  <w:num w:numId="2" w16cid:durableId="350760860">
    <w:abstractNumId w:val="6"/>
  </w:num>
  <w:num w:numId="3" w16cid:durableId="1759936124">
    <w:abstractNumId w:val="5"/>
  </w:num>
  <w:num w:numId="4" w16cid:durableId="694303869">
    <w:abstractNumId w:val="4"/>
  </w:num>
  <w:num w:numId="5" w16cid:durableId="379979169">
    <w:abstractNumId w:val="7"/>
  </w:num>
  <w:num w:numId="6" w16cid:durableId="661278637">
    <w:abstractNumId w:val="3"/>
  </w:num>
  <w:num w:numId="7" w16cid:durableId="444495577">
    <w:abstractNumId w:val="2"/>
  </w:num>
  <w:num w:numId="8" w16cid:durableId="1218123161">
    <w:abstractNumId w:val="1"/>
  </w:num>
  <w:num w:numId="9" w16cid:durableId="61953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059"/>
    <w:rsid w:val="00034616"/>
    <w:rsid w:val="0006063C"/>
    <w:rsid w:val="00110F06"/>
    <w:rsid w:val="0015074B"/>
    <w:rsid w:val="0029639D"/>
    <w:rsid w:val="00326F90"/>
    <w:rsid w:val="004E2CCD"/>
    <w:rsid w:val="00640A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DC101"/>
  <w14:defaultImageDpi w14:val="300"/>
  <w15:docId w15:val="{6E95BECA-CF55-4AEF-8134-E05DF086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40"/>
    </w:pPr>
    <w:rPr>
      <w:rFonts w:ascii="Aptos" w:hAnsi="Aptos"/>
      <w:color w:val="24344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Michaela Velichová</cp:lastModifiedBy>
  <cp:revision>2</cp:revision>
  <dcterms:created xsi:type="dcterms:W3CDTF">2026-10-23T09:23:00Z</dcterms:created>
  <dcterms:modified xsi:type="dcterms:W3CDTF">2026-10-23T09:23:00Z</dcterms:modified>
  <cp:category/>
</cp:coreProperties>
</file>